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5C56F" w14:textId="77777777" w:rsidR="00D83E5D" w:rsidRPr="00AB3091" w:rsidRDefault="00000000">
      <w:pPr>
        <w:jc w:val="center"/>
        <w:rPr>
          <w:rFonts w:asciiTheme="majorHAnsi" w:hAnsiTheme="majorHAnsi" w:cstheme="majorHAnsi"/>
          <w:sz w:val="16"/>
          <w:szCs w:val="16"/>
        </w:rPr>
      </w:pPr>
      <w:r w:rsidRPr="00AB3091">
        <w:rPr>
          <w:rFonts w:asciiTheme="majorHAnsi" w:hAnsiTheme="majorHAnsi" w:cstheme="majorHAnsi"/>
          <w:b/>
          <w:color w:val="14375A"/>
          <w:sz w:val="28"/>
          <w:szCs w:val="16"/>
        </w:rPr>
        <w:t>AUTHOR GUIDELINES &amp; MANUSCRIPT PREPARATION TEMPLATE</w:t>
      </w:r>
    </w:p>
    <w:p w14:paraId="6EDCAFA6" w14:textId="77BB1D21" w:rsidR="00D83E5D" w:rsidRPr="00171866" w:rsidRDefault="00000000">
      <w:pPr>
        <w:jc w:val="center"/>
        <w:rPr>
          <w:rFonts w:asciiTheme="majorHAnsi" w:hAnsiTheme="majorHAnsi" w:cstheme="majorHAnsi"/>
          <w:sz w:val="22"/>
          <w:u w:val="single"/>
        </w:rPr>
      </w:pPr>
      <w:r w:rsidRPr="00171866">
        <w:rPr>
          <w:rFonts w:asciiTheme="majorHAnsi" w:hAnsiTheme="majorHAnsi" w:cstheme="majorHAnsi"/>
          <w:i/>
          <w:sz w:val="22"/>
          <w:u w:val="single"/>
        </w:rPr>
        <w:t xml:space="preserve">For </w:t>
      </w:r>
      <w:r w:rsidRPr="00171866">
        <w:rPr>
          <w:rFonts w:asciiTheme="majorHAnsi" w:hAnsiTheme="majorHAnsi" w:cstheme="majorHAnsi"/>
          <w:i/>
          <w:szCs w:val="21"/>
          <w:u w:val="single"/>
        </w:rPr>
        <w:t>submission</w:t>
      </w:r>
      <w:r w:rsidRPr="00171866">
        <w:rPr>
          <w:rFonts w:asciiTheme="majorHAnsi" w:hAnsiTheme="majorHAnsi" w:cstheme="majorHAnsi"/>
          <w:i/>
          <w:sz w:val="22"/>
          <w:u w:val="single"/>
        </w:rPr>
        <w:t xml:space="preserve"> and manuscript preparation </w:t>
      </w:r>
    </w:p>
    <w:p w14:paraId="1BF50984" w14:textId="77777777" w:rsidR="00D83E5D" w:rsidRPr="006B42D8" w:rsidRDefault="00000000">
      <w:pPr>
        <w:pStyle w:val="Heading1"/>
        <w:rPr>
          <w:rFonts w:cstheme="majorHAnsi"/>
        </w:rPr>
      </w:pPr>
      <w:r w:rsidRPr="006B42D8">
        <w:rPr>
          <w:rFonts w:cstheme="majorHAnsi"/>
        </w:rPr>
        <w:t>1. About JERA</w:t>
      </w:r>
    </w:p>
    <w:p w14:paraId="227AD915" w14:textId="4F49F320" w:rsidR="00D83E5D" w:rsidRPr="006B42D8" w:rsidRDefault="00000000" w:rsidP="00836F52">
      <w:pPr>
        <w:jc w:val="both"/>
        <w:rPr>
          <w:rFonts w:asciiTheme="majorHAnsi" w:hAnsiTheme="majorHAnsi" w:cstheme="majorHAnsi"/>
        </w:rPr>
      </w:pPr>
      <w:r w:rsidRPr="006B42D8">
        <w:rPr>
          <w:rFonts w:asciiTheme="majorHAnsi" w:hAnsiTheme="majorHAnsi" w:cstheme="majorHAnsi"/>
        </w:rPr>
        <w:t>The Journal of Engineering Research</w:t>
      </w:r>
      <w:r w:rsidR="00D6411A" w:rsidRPr="006B42D8">
        <w:rPr>
          <w:rFonts w:asciiTheme="majorHAnsi" w:hAnsiTheme="majorHAnsi" w:cstheme="majorHAnsi"/>
        </w:rPr>
        <w:t xml:space="preserve"> and</w:t>
      </w:r>
      <w:r w:rsidRPr="006B42D8">
        <w:rPr>
          <w:rFonts w:asciiTheme="majorHAnsi" w:hAnsiTheme="majorHAnsi" w:cstheme="majorHAnsi"/>
        </w:rPr>
        <w:t xml:space="preserve"> Application (JERA) publishes original scholarly work in engineering and related applied research. Authors should submit manuscripts that are technically sound, clearly presented, appropriately referenced, and relevant to the journal's stated aims and scope.</w:t>
      </w:r>
    </w:p>
    <w:p w14:paraId="5DE6C315"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Authors are responsible for the accuracy, originality, integrity and completeness of their submissions. Submission does not guarantee publication; manuscripts are evaluated through JERA's editorial and peer-review procedures.</w:t>
      </w:r>
    </w:p>
    <w:p w14:paraId="78D6EF44" w14:textId="77777777" w:rsidR="00D83E5D" w:rsidRPr="006B42D8" w:rsidRDefault="00000000">
      <w:pPr>
        <w:pStyle w:val="Heading1"/>
        <w:rPr>
          <w:rFonts w:cstheme="majorHAnsi"/>
        </w:rPr>
      </w:pPr>
      <w:r w:rsidRPr="006B42D8">
        <w:rPr>
          <w:rFonts w:cstheme="majorHAnsi"/>
        </w:rPr>
        <w:t>2. Article Types</w:t>
      </w:r>
    </w:p>
    <w:p w14:paraId="68A60075" w14:textId="31AEE761"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Original Research Article</w:t>
      </w:r>
      <w:r w:rsidR="00836F52" w:rsidRPr="006B42D8">
        <w:rPr>
          <w:rFonts w:asciiTheme="majorHAnsi" w:hAnsiTheme="majorHAnsi" w:cstheme="majorHAnsi"/>
        </w:rPr>
        <w:t>:</w:t>
      </w:r>
      <w:r w:rsidRPr="006B42D8">
        <w:rPr>
          <w:rFonts w:asciiTheme="majorHAnsi" w:hAnsiTheme="majorHAnsi" w:cstheme="majorHAnsi"/>
        </w:rPr>
        <w:t xml:space="preserve"> substantial original research with a clear methodology, results and interpretation.</w:t>
      </w:r>
    </w:p>
    <w:p w14:paraId="436C72FA" w14:textId="41BDE20D"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Review Article</w:t>
      </w:r>
      <w:r w:rsidR="00836F52" w:rsidRPr="006B42D8">
        <w:rPr>
          <w:rFonts w:asciiTheme="majorHAnsi" w:hAnsiTheme="majorHAnsi" w:cstheme="majorHAnsi"/>
        </w:rPr>
        <w:t xml:space="preserve">: </w:t>
      </w:r>
      <w:r w:rsidRPr="006B42D8">
        <w:rPr>
          <w:rFonts w:asciiTheme="majorHAnsi" w:hAnsiTheme="majorHAnsi" w:cstheme="majorHAnsi"/>
        </w:rPr>
        <w:t>critical synthesis of published research identifying developments, gaps and future directions.</w:t>
      </w:r>
    </w:p>
    <w:p w14:paraId="3283BEEE" w14:textId="49C09E55"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Short Communication</w:t>
      </w:r>
      <w:r w:rsidR="00836F52" w:rsidRPr="006B42D8">
        <w:rPr>
          <w:rFonts w:asciiTheme="majorHAnsi" w:hAnsiTheme="majorHAnsi" w:cstheme="majorHAnsi"/>
        </w:rPr>
        <w:t xml:space="preserve"> /</w:t>
      </w:r>
      <w:r w:rsidRPr="006B42D8">
        <w:rPr>
          <w:rFonts w:asciiTheme="majorHAnsi" w:hAnsiTheme="majorHAnsi" w:cstheme="majorHAnsi"/>
        </w:rPr>
        <w:t xml:space="preserve"> Technical Note</w:t>
      </w:r>
      <w:r w:rsidR="00836F52" w:rsidRPr="006B42D8">
        <w:rPr>
          <w:rFonts w:asciiTheme="majorHAnsi" w:hAnsiTheme="majorHAnsi" w:cstheme="majorHAnsi"/>
        </w:rPr>
        <w:t xml:space="preserve">: </w:t>
      </w:r>
      <w:r w:rsidRPr="006B42D8">
        <w:rPr>
          <w:rFonts w:asciiTheme="majorHAnsi" w:hAnsiTheme="majorHAnsi" w:cstheme="majorHAnsi"/>
        </w:rPr>
        <w:t>concise report of a focused technical contribution, method or application.</w:t>
      </w:r>
    </w:p>
    <w:p w14:paraId="03408FB3" w14:textId="0E104881"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Case Study / Engineering Practice Article</w:t>
      </w:r>
      <w:r w:rsidR="00836F52" w:rsidRPr="006B42D8">
        <w:rPr>
          <w:rFonts w:asciiTheme="majorHAnsi" w:hAnsiTheme="majorHAnsi" w:cstheme="majorHAnsi"/>
        </w:rPr>
        <w:t xml:space="preserve">: </w:t>
      </w:r>
      <w:r w:rsidRPr="006B42D8">
        <w:rPr>
          <w:rFonts w:asciiTheme="majorHAnsi" w:hAnsiTheme="majorHAnsi" w:cstheme="majorHAnsi"/>
        </w:rPr>
        <w:t>documented engineering investigation or field application supported by adequate technical evidence.</w:t>
      </w:r>
    </w:p>
    <w:p w14:paraId="5ED57455" w14:textId="74202142"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Other formats</w:t>
      </w:r>
      <w:r w:rsidR="00836F52" w:rsidRPr="006B42D8">
        <w:rPr>
          <w:rFonts w:asciiTheme="majorHAnsi" w:hAnsiTheme="majorHAnsi" w:cstheme="majorHAnsi"/>
        </w:rPr>
        <w:t>:</w:t>
      </w:r>
      <w:r w:rsidRPr="006B42D8">
        <w:rPr>
          <w:rFonts w:asciiTheme="majorHAnsi" w:hAnsiTheme="majorHAnsi" w:cstheme="majorHAnsi"/>
        </w:rPr>
        <w:t xml:space="preserve"> authors should contact the editorial office before submission if the proposed article type is not listed.</w:t>
      </w:r>
    </w:p>
    <w:p w14:paraId="3DDCC476" w14:textId="77777777" w:rsidR="00D83E5D" w:rsidRPr="006B42D8" w:rsidRDefault="00000000">
      <w:pPr>
        <w:pStyle w:val="Heading1"/>
        <w:rPr>
          <w:rFonts w:cstheme="majorHAnsi"/>
        </w:rPr>
      </w:pPr>
      <w:r w:rsidRPr="006B42D8">
        <w:rPr>
          <w:rFonts w:cstheme="majorHAnsi"/>
        </w:rPr>
        <w:t>3. Submission Requirements</w:t>
      </w:r>
    </w:p>
    <w:p w14:paraId="5969BCB4"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Submit an editable Microsoft Word (.docx) manuscript unless JERA specifies another format.</w:t>
      </w:r>
    </w:p>
    <w:p w14:paraId="48793D6D"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Use clear academic English and define uncommon abbreviations at first use.</w:t>
      </w:r>
    </w:p>
    <w:p w14:paraId="6E3657FC"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The manuscript should be complete, carefully proofread, and arranged according to this guide.</w:t>
      </w:r>
    </w:p>
    <w:p w14:paraId="35DA5323"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All authors must approve the submitted version and agree to its submission to JERA.</w:t>
      </w:r>
    </w:p>
    <w:p w14:paraId="13B43178"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The manuscript must not be simultaneously under consideration by another journal.</w:t>
      </w:r>
    </w:p>
    <w:p w14:paraId="02DA9493"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Obtain required permissions for third-party figures, photographs, maps, tables, data, questionnaires, software outputs and other copyrighted material.</w:t>
      </w:r>
    </w:p>
    <w:p w14:paraId="168285ED"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Retain source files, figures, datasets and permissions relevant to the submission.</w:t>
      </w:r>
    </w:p>
    <w:p w14:paraId="3D2FC0D0" w14:textId="77777777" w:rsidR="00836F52" w:rsidRPr="006B42D8" w:rsidRDefault="00836F52" w:rsidP="00836F52">
      <w:pPr>
        <w:pStyle w:val="ListBullet"/>
        <w:numPr>
          <w:ilvl w:val="0"/>
          <w:numId w:val="0"/>
        </w:numPr>
        <w:ind w:left="360"/>
        <w:jc w:val="both"/>
        <w:rPr>
          <w:rFonts w:asciiTheme="majorHAnsi" w:hAnsiTheme="majorHAnsi" w:cstheme="majorHAnsi"/>
        </w:rPr>
      </w:pPr>
    </w:p>
    <w:p w14:paraId="28588342" w14:textId="77777777" w:rsidR="00D83E5D" w:rsidRPr="006B42D8" w:rsidRDefault="00000000">
      <w:pPr>
        <w:pStyle w:val="Heading1"/>
        <w:rPr>
          <w:rFonts w:cstheme="majorHAnsi"/>
        </w:rPr>
      </w:pPr>
      <w:r w:rsidRPr="006B42D8">
        <w:rPr>
          <w:rFonts w:cstheme="majorHAnsi"/>
        </w:rPr>
        <w:t>4. Recommended Manuscript Structure</w:t>
      </w:r>
    </w:p>
    <w:p w14:paraId="66B04142"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Title</w:t>
      </w:r>
    </w:p>
    <w:p w14:paraId="12C4695B"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Author names and affiliations</w:t>
      </w:r>
    </w:p>
    <w:p w14:paraId="140A7C83"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Corresponding author details</w:t>
      </w:r>
    </w:p>
    <w:p w14:paraId="715766C2"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Abstract</w:t>
      </w:r>
    </w:p>
    <w:p w14:paraId="410E1105"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Keywords</w:t>
      </w:r>
    </w:p>
    <w:p w14:paraId="53AFC010"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lastRenderedPageBreak/>
        <w:t>1. Introduction</w:t>
      </w:r>
    </w:p>
    <w:p w14:paraId="1867F816"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2. Materials and Methods / Methodology</w:t>
      </w:r>
    </w:p>
    <w:p w14:paraId="67A52866"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3. Results</w:t>
      </w:r>
    </w:p>
    <w:p w14:paraId="460BCB0A"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4. Discussion</w:t>
      </w:r>
    </w:p>
    <w:p w14:paraId="4D790D62"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5. Conclusions</w:t>
      </w:r>
    </w:p>
    <w:p w14:paraId="38033EC5"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Acknowledgements (if applicable)</w:t>
      </w:r>
    </w:p>
    <w:p w14:paraId="6F8BE10F"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Funding</w:t>
      </w:r>
    </w:p>
    <w:p w14:paraId="6445DFF4"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Conflict of Interest / Competing Interests</w:t>
      </w:r>
    </w:p>
    <w:p w14:paraId="67AD75DF"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Ethics Approval and Consent (where applicable)</w:t>
      </w:r>
    </w:p>
    <w:p w14:paraId="048FCAE0"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Data Availability Statement</w:t>
      </w:r>
    </w:p>
    <w:p w14:paraId="1B66A534"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Author Contributions</w:t>
      </w:r>
    </w:p>
    <w:p w14:paraId="4BDC8DB6"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AI / AI-assisted tools declaration (where applicable)</w:t>
      </w:r>
    </w:p>
    <w:p w14:paraId="67356671"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References</w:t>
      </w:r>
    </w:p>
    <w:p w14:paraId="06A7E967"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Appendices / Supplementary Material (if applicable)</w:t>
      </w:r>
    </w:p>
    <w:p w14:paraId="72B1BA8E" w14:textId="77777777" w:rsidR="00D83E5D" w:rsidRPr="006B42D8" w:rsidRDefault="00000000">
      <w:pPr>
        <w:pStyle w:val="Heading1"/>
        <w:rPr>
          <w:rFonts w:cstheme="majorHAnsi"/>
        </w:rPr>
      </w:pPr>
      <w:r w:rsidRPr="006B42D8">
        <w:rPr>
          <w:rFonts w:cstheme="majorHAnsi"/>
        </w:rPr>
        <w:t>5. Formatting Requirements</w:t>
      </w:r>
    </w:p>
    <w:p w14:paraId="274EC4E3" w14:textId="77777777" w:rsidR="00D83E5D" w:rsidRPr="006B42D8" w:rsidRDefault="00000000">
      <w:pPr>
        <w:pStyle w:val="Heading2"/>
        <w:rPr>
          <w:rFonts w:cstheme="majorHAnsi"/>
        </w:rPr>
      </w:pPr>
      <w:r w:rsidRPr="006B42D8">
        <w:rPr>
          <w:rFonts w:cstheme="majorHAnsi"/>
        </w:rPr>
        <w:t>5.1 Page and text</w:t>
      </w:r>
    </w:p>
    <w:p w14:paraId="13E3F024"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Paper size: A4.</w:t>
      </w:r>
    </w:p>
    <w:p w14:paraId="2A8046FB"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Recommended margins: 2.54 cm (1 inch) on all sides.</w:t>
      </w:r>
    </w:p>
    <w:p w14:paraId="162FE3FA"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Use a single-column layout for initial submission unless JERA issues a specific production template.</w:t>
      </w:r>
    </w:p>
    <w:p w14:paraId="4649AAA9"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Recommended body font: Times New Roman, 11–12 pt; maintain a consistent font.</w:t>
      </w:r>
    </w:p>
    <w:p w14:paraId="1325021E"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 xml:space="preserve">Use </w:t>
      </w:r>
      <w:proofErr w:type="gramStart"/>
      <w:r w:rsidRPr="006B42D8">
        <w:rPr>
          <w:rFonts w:asciiTheme="majorHAnsi" w:hAnsiTheme="majorHAnsi" w:cstheme="majorHAnsi"/>
        </w:rPr>
        <w:t>1.15 or 1.5 line</w:t>
      </w:r>
      <w:proofErr w:type="gramEnd"/>
      <w:r w:rsidRPr="006B42D8">
        <w:rPr>
          <w:rFonts w:asciiTheme="majorHAnsi" w:hAnsiTheme="majorHAnsi" w:cstheme="majorHAnsi"/>
        </w:rPr>
        <w:t xml:space="preserve"> spacing for readability.</w:t>
      </w:r>
    </w:p>
    <w:p w14:paraId="0DCF01E2"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Insert page numbers.</w:t>
      </w:r>
    </w:p>
    <w:p w14:paraId="5987EB6E"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Use consistent heading levels.</w:t>
      </w:r>
    </w:p>
    <w:p w14:paraId="4E5FBADE"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Use an equation editor for equations; do not submit equation screenshots.</w:t>
      </w:r>
    </w:p>
    <w:p w14:paraId="4990C3AB" w14:textId="77777777" w:rsidR="00D83E5D" w:rsidRPr="006B42D8" w:rsidRDefault="00000000">
      <w:pPr>
        <w:pStyle w:val="Heading2"/>
        <w:rPr>
          <w:rFonts w:cstheme="majorHAnsi"/>
        </w:rPr>
      </w:pPr>
      <w:r w:rsidRPr="006B42D8">
        <w:rPr>
          <w:rFonts w:cstheme="majorHAnsi"/>
        </w:rPr>
        <w:t>5.2 Title, authors and affiliations</w:t>
      </w:r>
    </w:p>
    <w:p w14:paraId="51AF5BF9"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Title should be concise, specific and informative; avoid unnecessary abbreviations.</w:t>
      </w:r>
    </w:p>
    <w:p w14:paraId="4F684C07"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List each author's full name and institutional affiliation; use superscript affiliation markers where needed.</w:t>
      </w:r>
    </w:p>
    <w:p w14:paraId="6F3989F2"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Identify one corresponding author and provide institutional email and correspondence details.</w:t>
      </w:r>
    </w:p>
    <w:p w14:paraId="0D6E0E37"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Authorship changes after submission require an explanation and approval under JERA's editorial procedures.</w:t>
      </w:r>
    </w:p>
    <w:p w14:paraId="52240CDA" w14:textId="77777777" w:rsidR="00D83E5D" w:rsidRPr="006B42D8" w:rsidRDefault="00000000">
      <w:pPr>
        <w:pStyle w:val="Heading2"/>
        <w:rPr>
          <w:rFonts w:cstheme="majorHAnsi"/>
        </w:rPr>
      </w:pPr>
      <w:r w:rsidRPr="006B42D8">
        <w:rPr>
          <w:rFonts w:cstheme="majorHAnsi"/>
        </w:rPr>
        <w:t>5.3 Abstract and keywords</w:t>
      </w:r>
    </w:p>
    <w:p w14:paraId="4C0DDBDD"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Provide a concise abstract appropriate to the article type. Research abstracts should normally state objective, methodology, principal results and conclusion.</w:t>
      </w:r>
    </w:p>
    <w:p w14:paraId="4AB890DD"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Avoid references in the abstract unless essential.</w:t>
      </w:r>
    </w:p>
    <w:p w14:paraId="259A577D"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Provide approximately 4–8 specific keywords useful for discovery and indexing.</w:t>
      </w:r>
    </w:p>
    <w:p w14:paraId="2D1B0AC9" w14:textId="77777777" w:rsidR="00D83E5D" w:rsidRPr="006B42D8" w:rsidRDefault="00000000">
      <w:pPr>
        <w:pStyle w:val="Heading2"/>
        <w:rPr>
          <w:rFonts w:cstheme="majorHAnsi"/>
        </w:rPr>
      </w:pPr>
      <w:r w:rsidRPr="006B42D8">
        <w:rPr>
          <w:rFonts w:cstheme="majorHAnsi"/>
        </w:rPr>
        <w:lastRenderedPageBreak/>
        <w:t>5.4 Main text</w:t>
      </w:r>
    </w:p>
    <w:p w14:paraId="01799997"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Present the research problem, objectives, methods, results, interpretation and conclusions in a logical sequence. Define symbols, variables and abbreviations at first occurrence. Use SI units wherever applicable.</w:t>
      </w:r>
    </w:p>
    <w:p w14:paraId="3105DDCB" w14:textId="77777777" w:rsidR="00D83E5D" w:rsidRPr="006B42D8" w:rsidRDefault="00000000">
      <w:pPr>
        <w:pStyle w:val="Heading1"/>
        <w:rPr>
          <w:rFonts w:cstheme="majorHAnsi"/>
        </w:rPr>
      </w:pPr>
      <w:r w:rsidRPr="006B42D8">
        <w:rPr>
          <w:rFonts w:cstheme="majorHAnsi"/>
        </w:rPr>
        <w:t>6. Figures, Tables and Supplementary Material</w:t>
      </w:r>
    </w:p>
    <w:p w14:paraId="491A8778"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Cite every figure and table in the text and number them consecutively (Figure 1, Table 1, etc.).</w:t>
      </w:r>
    </w:p>
    <w:p w14:paraId="19CBD9F4"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Captions must be sufficiently descriptive.</w:t>
      </w:r>
    </w:p>
    <w:p w14:paraId="3C752F39"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Use clear, legible graphics and do not distort images.</w:t>
      </w:r>
    </w:p>
    <w:p w14:paraId="76A15F6B"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Graphs should include labelled axes, units and legends where required.</w:t>
      </w:r>
    </w:p>
    <w:p w14:paraId="27D6712D"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Tables should be editable where possible; avoid screenshots.</w:t>
      </w:r>
    </w:p>
    <w:p w14:paraId="68C09500"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Previously published or third-party material requires appropriate attribution and permission where applicable.</w:t>
      </w:r>
    </w:p>
    <w:p w14:paraId="3F21100B"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Clearly name and cite supplementary files.</w:t>
      </w:r>
    </w:p>
    <w:p w14:paraId="7271572D" w14:textId="77777777" w:rsidR="00D83E5D" w:rsidRPr="006B42D8" w:rsidRDefault="00000000">
      <w:pPr>
        <w:pStyle w:val="Heading1"/>
        <w:rPr>
          <w:rFonts w:cstheme="majorHAnsi"/>
        </w:rPr>
      </w:pPr>
      <w:r w:rsidRPr="006B42D8">
        <w:rPr>
          <w:rFonts w:cstheme="majorHAnsi"/>
        </w:rPr>
        <w:t>7. References and Citation Style</w:t>
      </w:r>
    </w:p>
    <w:p w14:paraId="012A49BF"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JERA recommends a consistent author–date citation system for engineering manuscripts. Every in-text citation must correspond to a reference-list entry and every reference-list entry should be cited in the manuscript.</w:t>
      </w:r>
    </w:p>
    <w:p w14:paraId="4E5BC32F" w14:textId="77777777" w:rsidR="00D83E5D" w:rsidRPr="006B42D8" w:rsidRDefault="00000000">
      <w:pPr>
        <w:pStyle w:val="Heading2"/>
        <w:rPr>
          <w:rFonts w:cstheme="majorHAnsi"/>
        </w:rPr>
      </w:pPr>
      <w:r w:rsidRPr="006B42D8">
        <w:rPr>
          <w:rFonts w:cstheme="majorHAnsi"/>
        </w:rPr>
        <w:t>7.1 In-text citation examples</w:t>
      </w:r>
    </w:p>
    <w:p w14:paraId="315BAEA7"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One author: (Kumar, 2024) or Kumar (2024).</w:t>
      </w:r>
    </w:p>
    <w:p w14:paraId="25481409"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Two authors: (Kumar and Singh, 2024).</w:t>
      </w:r>
    </w:p>
    <w:p w14:paraId="59356F2A"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Three or more authors: (Kumar et al., 2024).</w:t>
      </w:r>
    </w:p>
    <w:p w14:paraId="71F68C8D" w14:textId="77777777" w:rsidR="00D83E5D" w:rsidRPr="006B42D8" w:rsidRDefault="00000000">
      <w:pPr>
        <w:pStyle w:val="ListBullet"/>
        <w:rPr>
          <w:rFonts w:asciiTheme="majorHAnsi" w:hAnsiTheme="majorHAnsi" w:cstheme="majorHAnsi"/>
        </w:rPr>
      </w:pPr>
      <w:r w:rsidRPr="006B42D8">
        <w:rPr>
          <w:rFonts w:asciiTheme="majorHAnsi" w:hAnsiTheme="majorHAnsi" w:cstheme="majorHAnsi"/>
        </w:rPr>
        <w:t>Multiple sources: (Kumar, 2024; Singh et al., 2023; Zhao, 2022).</w:t>
      </w:r>
    </w:p>
    <w:p w14:paraId="1A7AE573" w14:textId="77777777" w:rsidR="00D83E5D" w:rsidRPr="006B42D8" w:rsidRDefault="00000000">
      <w:pPr>
        <w:pStyle w:val="Heading2"/>
        <w:rPr>
          <w:rFonts w:cstheme="majorHAnsi"/>
        </w:rPr>
      </w:pPr>
      <w:r w:rsidRPr="006B42D8">
        <w:rPr>
          <w:rFonts w:cstheme="majorHAnsi"/>
        </w:rPr>
        <w:t>7.2 Reference-list examples</w:t>
      </w:r>
    </w:p>
    <w:p w14:paraId="77C139BA"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Journal: Author, A.A., Author, B.B. (Year). Article title. Journal Title, volume(issue), pages. https://doi.org/xxxxx</w:t>
      </w:r>
    </w:p>
    <w:p w14:paraId="4AD08350"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Book: Author, A.A. (Year). Book Title. Publisher, Place.</w:t>
      </w:r>
    </w:p>
    <w:p w14:paraId="3C4A7FE3"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Chapter: Author, A.A. (Year). Chapter title. In: Editor, E.E. (ed.), Book Title, pp. xx–xx. Publisher.</w:t>
      </w:r>
    </w:p>
    <w:p w14:paraId="1118E98E"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Conference: Author, A.A. (Year). Paper title. In: Proceedings title, location/date, pp. xx–xx.</w:t>
      </w:r>
    </w:p>
    <w:p w14:paraId="03C4A802"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Web source: Organization/Author (Year or n.d.). Page title. Website. URL. Accessed DD Month YYYY.</w:t>
      </w:r>
    </w:p>
    <w:p w14:paraId="2A6E09C7" w14:textId="77777777" w:rsidR="00D83E5D" w:rsidRPr="006B42D8" w:rsidRDefault="00000000" w:rsidP="00836F52">
      <w:pPr>
        <w:pStyle w:val="ListBullet"/>
        <w:jc w:val="both"/>
        <w:rPr>
          <w:rFonts w:asciiTheme="majorHAnsi" w:hAnsiTheme="majorHAnsi" w:cstheme="majorHAnsi"/>
        </w:rPr>
      </w:pPr>
      <w:r w:rsidRPr="006B42D8">
        <w:rPr>
          <w:rFonts w:asciiTheme="majorHAnsi" w:hAnsiTheme="majorHAnsi" w:cstheme="majorHAnsi"/>
        </w:rPr>
        <w:t>Standard/code: Issuing organization (Year). Standard/code title and number. Issuing body.</w:t>
      </w:r>
    </w:p>
    <w:p w14:paraId="5A79E1D8"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Verify DOI, journal, volume, issue, pages and author information before submission. Do not use fabricated or unverifiable references. Do not cite retracted work unless the retraction/publication history is itself relevant to the discussion.</w:t>
      </w:r>
    </w:p>
    <w:p w14:paraId="10DA1169" w14:textId="77777777" w:rsidR="00D83E5D" w:rsidRPr="006B42D8" w:rsidRDefault="00000000">
      <w:pPr>
        <w:pStyle w:val="Heading1"/>
        <w:rPr>
          <w:rFonts w:cstheme="majorHAnsi"/>
        </w:rPr>
      </w:pPr>
      <w:r w:rsidRPr="006B42D8">
        <w:rPr>
          <w:rFonts w:cstheme="majorHAnsi"/>
        </w:rPr>
        <w:lastRenderedPageBreak/>
        <w:t>8. Research Integrity and Ethical Policies</w:t>
      </w:r>
    </w:p>
    <w:p w14:paraId="18DA98E0" w14:textId="77777777" w:rsidR="00D83E5D" w:rsidRPr="006B42D8" w:rsidRDefault="00000000">
      <w:pPr>
        <w:pStyle w:val="Heading2"/>
        <w:rPr>
          <w:rFonts w:cstheme="majorHAnsi"/>
        </w:rPr>
      </w:pPr>
      <w:r w:rsidRPr="006B42D8">
        <w:rPr>
          <w:rFonts w:cstheme="majorHAnsi"/>
        </w:rPr>
        <w:t>8.1 Originality and plagiarism</w:t>
      </w:r>
    </w:p>
    <w:p w14:paraId="152797E7"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Manuscripts must represent original scholarly work. Plagiarism, duplicate publication, inappropriate text recycling, fabricated data, fabricated references and other research misconduct are unacceptable. JERA may conduct similarity and editorial screening.</w:t>
      </w:r>
    </w:p>
    <w:p w14:paraId="2AFB3A2F" w14:textId="77777777" w:rsidR="00D83E5D" w:rsidRPr="006B42D8" w:rsidRDefault="00000000">
      <w:pPr>
        <w:pStyle w:val="Heading2"/>
        <w:rPr>
          <w:rFonts w:cstheme="majorHAnsi"/>
        </w:rPr>
      </w:pPr>
      <w:r w:rsidRPr="006B42D8">
        <w:rPr>
          <w:rFonts w:cstheme="majorHAnsi"/>
        </w:rPr>
        <w:t>8.2 Duplicate submission and redundant publication</w:t>
      </w:r>
    </w:p>
    <w:p w14:paraId="02F3D892"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 xml:space="preserve">A manuscript submitted to JERA must not be simultaneously submitted elsewhere. Authors should disclose closely related publications, </w:t>
      </w:r>
      <w:proofErr w:type="gramStart"/>
      <w:r w:rsidRPr="006B42D8">
        <w:rPr>
          <w:rFonts w:asciiTheme="majorHAnsi" w:hAnsiTheme="majorHAnsi" w:cstheme="majorHAnsi"/>
        </w:rPr>
        <w:t>accepted</w:t>
      </w:r>
      <w:proofErr w:type="gramEnd"/>
      <w:r w:rsidRPr="006B42D8">
        <w:rPr>
          <w:rFonts w:asciiTheme="majorHAnsi" w:hAnsiTheme="majorHAnsi" w:cstheme="majorHAnsi"/>
        </w:rPr>
        <w:t xml:space="preserve"> manuscripts, preprints, conference versions or other overlapping material and explain the relationship.</w:t>
      </w:r>
    </w:p>
    <w:p w14:paraId="5FC8150E" w14:textId="77777777" w:rsidR="00D83E5D" w:rsidRPr="006B42D8" w:rsidRDefault="00000000">
      <w:pPr>
        <w:pStyle w:val="Heading2"/>
        <w:rPr>
          <w:rFonts w:cstheme="majorHAnsi"/>
        </w:rPr>
      </w:pPr>
      <w:r w:rsidRPr="006B42D8">
        <w:rPr>
          <w:rFonts w:cstheme="majorHAnsi"/>
        </w:rPr>
        <w:t>8.3 Permissions and third-party material</w:t>
      </w:r>
    </w:p>
    <w:p w14:paraId="19DCA6E3"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 xml:space="preserve">Authors must have the right to use all submitted material. Required permissions and </w:t>
      </w:r>
      <w:proofErr w:type="spellStart"/>
      <w:r w:rsidRPr="006B42D8">
        <w:rPr>
          <w:rFonts w:asciiTheme="majorHAnsi" w:hAnsiTheme="majorHAnsi" w:cstheme="majorHAnsi"/>
        </w:rPr>
        <w:t>licences</w:t>
      </w:r>
      <w:proofErr w:type="spellEnd"/>
      <w:r w:rsidRPr="006B42D8">
        <w:rPr>
          <w:rFonts w:asciiTheme="majorHAnsi" w:hAnsiTheme="majorHAnsi" w:cstheme="majorHAnsi"/>
        </w:rPr>
        <w:t xml:space="preserve"> should be obtained before publication.</w:t>
      </w:r>
    </w:p>
    <w:p w14:paraId="40FB130E" w14:textId="77777777" w:rsidR="00D83E5D" w:rsidRPr="006B42D8" w:rsidRDefault="00000000">
      <w:pPr>
        <w:pStyle w:val="Heading2"/>
        <w:rPr>
          <w:rFonts w:cstheme="majorHAnsi"/>
        </w:rPr>
      </w:pPr>
      <w:r w:rsidRPr="006B42D8">
        <w:rPr>
          <w:rFonts w:cstheme="majorHAnsi"/>
        </w:rPr>
        <w:t>8.4 Human participants, human data and animals</w:t>
      </w:r>
    </w:p>
    <w:p w14:paraId="7B16C996"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Research involving human participants, identifiable human data/material or animals must comply with applicable institutional, national and international requirements. Where required, state the approving ethics committee, approval/reference number and relevant consent statement.</w:t>
      </w:r>
    </w:p>
    <w:p w14:paraId="344086F7" w14:textId="77777777" w:rsidR="00D83E5D" w:rsidRPr="006B42D8" w:rsidRDefault="00000000">
      <w:pPr>
        <w:pStyle w:val="Heading2"/>
        <w:rPr>
          <w:rFonts w:cstheme="majorHAnsi"/>
        </w:rPr>
      </w:pPr>
      <w:r w:rsidRPr="006B42D8">
        <w:rPr>
          <w:rFonts w:cstheme="majorHAnsi"/>
        </w:rPr>
        <w:t>8.5 Conflicts of interest</w:t>
      </w:r>
    </w:p>
    <w:p w14:paraId="2A8674CB"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Disclose financial, professional, personal or other relationships that could reasonably be perceived as influencing the research. If none exist, provide an explicit statement.</w:t>
      </w:r>
    </w:p>
    <w:p w14:paraId="033B5908" w14:textId="77777777" w:rsidR="00D83E5D" w:rsidRPr="006B42D8" w:rsidRDefault="00000000">
      <w:pPr>
        <w:pStyle w:val="Heading2"/>
        <w:rPr>
          <w:rFonts w:cstheme="majorHAnsi"/>
        </w:rPr>
      </w:pPr>
      <w:r w:rsidRPr="006B42D8">
        <w:rPr>
          <w:rFonts w:cstheme="majorHAnsi"/>
        </w:rPr>
        <w:t>8.6 Funding</w:t>
      </w:r>
    </w:p>
    <w:p w14:paraId="16D32DBF"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State all financial support and grant/project numbers where applicable. If there was no specific funding, state this clearly.</w:t>
      </w:r>
    </w:p>
    <w:p w14:paraId="3E8EC7D0" w14:textId="77777777" w:rsidR="00D83E5D" w:rsidRPr="006B42D8" w:rsidRDefault="00000000">
      <w:pPr>
        <w:pStyle w:val="Heading2"/>
        <w:rPr>
          <w:rFonts w:cstheme="majorHAnsi"/>
        </w:rPr>
      </w:pPr>
      <w:r w:rsidRPr="006B42D8">
        <w:rPr>
          <w:rFonts w:cstheme="majorHAnsi"/>
        </w:rPr>
        <w:t>8.7 Author contributions</w:t>
      </w:r>
    </w:p>
    <w:p w14:paraId="069455BA"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For multi-author papers, describe each author's contribution using a consistent contribution taxonomy or concise role-based statement. All authors should approve the final manuscript.</w:t>
      </w:r>
    </w:p>
    <w:p w14:paraId="03A967E9" w14:textId="77777777" w:rsidR="00D83E5D" w:rsidRPr="006B42D8" w:rsidRDefault="00000000">
      <w:pPr>
        <w:pStyle w:val="Heading2"/>
        <w:rPr>
          <w:rFonts w:cstheme="majorHAnsi"/>
        </w:rPr>
      </w:pPr>
      <w:r w:rsidRPr="006B42D8">
        <w:rPr>
          <w:rFonts w:cstheme="majorHAnsi"/>
        </w:rPr>
        <w:t>8.8 Corrections and post-publication issues</w:t>
      </w:r>
    </w:p>
    <w:p w14:paraId="150416FC"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Authors must cooperate with JERA if factual, ethical, authorship or other substantive concerns are identified after publication. JERA may issue corrections, expressions of concern or retractions where warranted.</w:t>
      </w:r>
    </w:p>
    <w:p w14:paraId="58F28402" w14:textId="77777777" w:rsidR="00D83E5D" w:rsidRPr="006B42D8" w:rsidRDefault="00000000">
      <w:pPr>
        <w:pStyle w:val="Heading1"/>
        <w:rPr>
          <w:rFonts w:cstheme="majorHAnsi"/>
        </w:rPr>
      </w:pPr>
      <w:r w:rsidRPr="006B42D8">
        <w:rPr>
          <w:rFonts w:cstheme="majorHAnsi"/>
        </w:rPr>
        <w:t>9. AI-Assisted Tools and Generative AI</w:t>
      </w:r>
    </w:p>
    <w:p w14:paraId="6ABF1EFC"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Authors remain responsible for the manuscript's accuracy, originality, citations, data interpretation and research integrity. AI tools may assist with permitted language or formatting tasks, but authors must verify output and must not use AI to fabricate data, results, citations, references, images or scientific claims.</w:t>
      </w:r>
    </w:p>
    <w:p w14:paraId="411496B8"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lastRenderedPageBreak/>
        <w:t>Where AI materially contributes to manuscript preparation or to figures/visual content, authors should transparently disclose the tool, purpose and relevant extent of use in accordance with the current JERA policy. AI tools must not be listed as authors.</w:t>
      </w:r>
    </w:p>
    <w:p w14:paraId="4DE6DD45" w14:textId="77777777" w:rsidR="00D83E5D" w:rsidRPr="006B42D8" w:rsidRDefault="00000000" w:rsidP="00836F52">
      <w:pPr>
        <w:jc w:val="both"/>
        <w:rPr>
          <w:rFonts w:asciiTheme="majorHAnsi" w:hAnsiTheme="majorHAnsi" w:cstheme="majorHAnsi"/>
        </w:rPr>
      </w:pPr>
      <w:r w:rsidRPr="006B42D8">
        <w:rPr>
          <w:rFonts w:asciiTheme="majorHAnsi" w:hAnsiTheme="majorHAnsi" w:cstheme="majorHAnsi"/>
        </w:rPr>
        <w:t>JERA may update its AI policy as responsible-use standards develop. Authors should consult the current website policy at submission.</w:t>
      </w:r>
    </w:p>
    <w:p w14:paraId="2CC38466" w14:textId="77777777" w:rsidR="00D83E5D" w:rsidRPr="006B42D8" w:rsidRDefault="00000000">
      <w:pPr>
        <w:pStyle w:val="Heading1"/>
        <w:rPr>
          <w:rFonts w:cstheme="majorHAnsi"/>
        </w:rPr>
      </w:pPr>
      <w:r w:rsidRPr="006B42D8">
        <w:rPr>
          <w:rFonts w:cstheme="majorHAnsi"/>
        </w:rPr>
        <w:t>10. Required Declarations Checklist</w:t>
      </w:r>
    </w:p>
    <w:tbl>
      <w:tblPr>
        <w:tblStyle w:val="TableGrid"/>
        <w:tblW w:w="0" w:type="auto"/>
        <w:jc w:val="center"/>
        <w:tblLook w:val="04A0" w:firstRow="1" w:lastRow="0" w:firstColumn="1" w:lastColumn="0" w:noHBand="0" w:noVBand="1"/>
      </w:tblPr>
      <w:tblGrid>
        <w:gridCol w:w="3312"/>
        <w:gridCol w:w="3312"/>
        <w:gridCol w:w="3312"/>
      </w:tblGrid>
      <w:tr w:rsidR="00D83E5D" w:rsidRPr="006B42D8" w14:paraId="62ECF4C3" w14:textId="77777777">
        <w:trPr>
          <w:jc w:val="center"/>
        </w:trPr>
        <w:tc>
          <w:tcPr>
            <w:tcW w:w="3312" w:type="dxa"/>
          </w:tcPr>
          <w:p w14:paraId="63BAF8D8" w14:textId="77777777" w:rsidR="00D83E5D" w:rsidRPr="006B42D8" w:rsidRDefault="00000000">
            <w:pPr>
              <w:rPr>
                <w:rFonts w:asciiTheme="majorHAnsi" w:hAnsiTheme="majorHAnsi" w:cstheme="majorHAnsi"/>
              </w:rPr>
            </w:pPr>
            <w:r w:rsidRPr="006B42D8">
              <w:rPr>
                <w:rFonts w:asciiTheme="majorHAnsi" w:hAnsiTheme="majorHAnsi" w:cstheme="majorHAnsi"/>
              </w:rPr>
              <w:t>Declaration</w:t>
            </w:r>
          </w:p>
        </w:tc>
        <w:tc>
          <w:tcPr>
            <w:tcW w:w="3312" w:type="dxa"/>
          </w:tcPr>
          <w:p w14:paraId="16E974BA" w14:textId="77777777" w:rsidR="00D83E5D" w:rsidRPr="006B42D8" w:rsidRDefault="00000000">
            <w:pPr>
              <w:rPr>
                <w:rFonts w:asciiTheme="majorHAnsi" w:hAnsiTheme="majorHAnsi" w:cstheme="majorHAnsi"/>
              </w:rPr>
            </w:pPr>
            <w:r w:rsidRPr="006B42D8">
              <w:rPr>
                <w:rFonts w:asciiTheme="majorHAnsi" w:hAnsiTheme="majorHAnsi" w:cstheme="majorHAnsi"/>
              </w:rPr>
              <w:t>When required</w:t>
            </w:r>
          </w:p>
        </w:tc>
        <w:tc>
          <w:tcPr>
            <w:tcW w:w="3312" w:type="dxa"/>
          </w:tcPr>
          <w:p w14:paraId="152FB986" w14:textId="77777777" w:rsidR="00D83E5D" w:rsidRPr="006B42D8" w:rsidRDefault="00000000">
            <w:pPr>
              <w:rPr>
                <w:rFonts w:asciiTheme="majorHAnsi" w:hAnsiTheme="majorHAnsi" w:cstheme="majorHAnsi"/>
              </w:rPr>
            </w:pPr>
            <w:r w:rsidRPr="006B42D8">
              <w:rPr>
                <w:rFonts w:asciiTheme="majorHAnsi" w:hAnsiTheme="majorHAnsi" w:cstheme="majorHAnsi"/>
              </w:rPr>
              <w:t>What to provide</w:t>
            </w:r>
          </w:p>
        </w:tc>
      </w:tr>
      <w:tr w:rsidR="00D83E5D" w:rsidRPr="006B42D8" w14:paraId="504BDB07" w14:textId="77777777">
        <w:trPr>
          <w:jc w:val="center"/>
        </w:trPr>
        <w:tc>
          <w:tcPr>
            <w:tcW w:w="3312" w:type="dxa"/>
          </w:tcPr>
          <w:p w14:paraId="3776C7B0" w14:textId="77777777" w:rsidR="00D83E5D" w:rsidRPr="006B42D8" w:rsidRDefault="00000000">
            <w:pPr>
              <w:rPr>
                <w:rFonts w:asciiTheme="majorHAnsi" w:hAnsiTheme="majorHAnsi" w:cstheme="majorHAnsi"/>
              </w:rPr>
            </w:pPr>
            <w:r w:rsidRPr="006B42D8">
              <w:rPr>
                <w:rFonts w:asciiTheme="majorHAnsi" w:hAnsiTheme="majorHAnsi" w:cstheme="majorHAnsi"/>
              </w:rPr>
              <w:t>Funding</w:t>
            </w:r>
          </w:p>
        </w:tc>
        <w:tc>
          <w:tcPr>
            <w:tcW w:w="3312" w:type="dxa"/>
          </w:tcPr>
          <w:p w14:paraId="62D78586" w14:textId="77777777" w:rsidR="00D83E5D" w:rsidRPr="006B42D8" w:rsidRDefault="00000000">
            <w:pPr>
              <w:rPr>
                <w:rFonts w:asciiTheme="majorHAnsi" w:hAnsiTheme="majorHAnsi" w:cstheme="majorHAnsi"/>
              </w:rPr>
            </w:pPr>
            <w:r w:rsidRPr="006B42D8">
              <w:rPr>
                <w:rFonts w:asciiTheme="majorHAnsi" w:hAnsiTheme="majorHAnsi" w:cstheme="majorHAnsi"/>
              </w:rPr>
              <w:t>All papers</w:t>
            </w:r>
          </w:p>
        </w:tc>
        <w:tc>
          <w:tcPr>
            <w:tcW w:w="3312" w:type="dxa"/>
          </w:tcPr>
          <w:p w14:paraId="012A56AD" w14:textId="77777777" w:rsidR="00D83E5D" w:rsidRPr="006B42D8" w:rsidRDefault="00000000">
            <w:pPr>
              <w:rPr>
                <w:rFonts w:asciiTheme="majorHAnsi" w:hAnsiTheme="majorHAnsi" w:cstheme="majorHAnsi"/>
              </w:rPr>
            </w:pPr>
            <w:r w:rsidRPr="006B42D8">
              <w:rPr>
                <w:rFonts w:asciiTheme="majorHAnsi" w:hAnsiTheme="majorHAnsi" w:cstheme="majorHAnsi"/>
              </w:rPr>
              <w:t>Funder/grant details, or no-specific-funding statement.</w:t>
            </w:r>
          </w:p>
        </w:tc>
      </w:tr>
      <w:tr w:rsidR="00D83E5D" w:rsidRPr="006B42D8" w14:paraId="35087A92" w14:textId="77777777">
        <w:trPr>
          <w:jc w:val="center"/>
        </w:trPr>
        <w:tc>
          <w:tcPr>
            <w:tcW w:w="3312" w:type="dxa"/>
          </w:tcPr>
          <w:p w14:paraId="091E6D85" w14:textId="77777777" w:rsidR="00D83E5D" w:rsidRPr="006B42D8" w:rsidRDefault="00000000">
            <w:pPr>
              <w:rPr>
                <w:rFonts w:asciiTheme="majorHAnsi" w:hAnsiTheme="majorHAnsi" w:cstheme="majorHAnsi"/>
              </w:rPr>
            </w:pPr>
            <w:r w:rsidRPr="006B42D8">
              <w:rPr>
                <w:rFonts w:asciiTheme="majorHAnsi" w:hAnsiTheme="majorHAnsi" w:cstheme="majorHAnsi"/>
              </w:rPr>
              <w:t>Conflict of Interest</w:t>
            </w:r>
          </w:p>
        </w:tc>
        <w:tc>
          <w:tcPr>
            <w:tcW w:w="3312" w:type="dxa"/>
          </w:tcPr>
          <w:p w14:paraId="6F5C3B50" w14:textId="77777777" w:rsidR="00D83E5D" w:rsidRPr="006B42D8" w:rsidRDefault="00000000">
            <w:pPr>
              <w:rPr>
                <w:rFonts w:asciiTheme="majorHAnsi" w:hAnsiTheme="majorHAnsi" w:cstheme="majorHAnsi"/>
              </w:rPr>
            </w:pPr>
            <w:r w:rsidRPr="006B42D8">
              <w:rPr>
                <w:rFonts w:asciiTheme="majorHAnsi" w:hAnsiTheme="majorHAnsi" w:cstheme="majorHAnsi"/>
              </w:rPr>
              <w:t>All papers</w:t>
            </w:r>
          </w:p>
        </w:tc>
        <w:tc>
          <w:tcPr>
            <w:tcW w:w="3312" w:type="dxa"/>
          </w:tcPr>
          <w:p w14:paraId="405C6E83" w14:textId="77777777" w:rsidR="00D83E5D" w:rsidRPr="006B42D8" w:rsidRDefault="00000000">
            <w:pPr>
              <w:rPr>
                <w:rFonts w:asciiTheme="majorHAnsi" w:hAnsiTheme="majorHAnsi" w:cstheme="majorHAnsi"/>
              </w:rPr>
            </w:pPr>
            <w:r w:rsidRPr="006B42D8">
              <w:rPr>
                <w:rFonts w:asciiTheme="majorHAnsi" w:hAnsiTheme="majorHAnsi" w:cstheme="majorHAnsi"/>
              </w:rPr>
              <w:t>Relevant competing interests, or none.</w:t>
            </w:r>
          </w:p>
        </w:tc>
      </w:tr>
      <w:tr w:rsidR="00D83E5D" w:rsidRPr="006B42D8" w14:paraId="2F42CE85" w14:textId="77777777">
        <w:trPr>
          <w:jc w:val="center"/>
        </w:trPr>
        <w:tc>
          <w:tcPr>
            <w:tcW w:w="3312" w:type="dxa"/>
          </w:tcPr>
          <w:p w14:paraId="21530ADB" w14:textId="77777777" w:rsidR="00D83E5D" w:rsidRPr="006B42D8" w:rsidRDefault="00000000">
            <w:pPr>
              <w:rPr>
                <w:rFonts w:asciiTheme="majorHAnsi" w:hAnsiTheme="majorHAnsi" w:cstheme="majorHAnsi"/>
              </w:rPr>
            </w:pPr>
            <w:r w:rsidRPr="006B42D8">
              <w:rPr>
                <w:rFonts w:asciiTheme="majorHAnsi" w:hAnsiTheme="majorHAnsi" w:cstheme="majorHAnsi"/>
              </w:rPr>
              <w:t>Ethics Approval</w:t>
            </w:r>
          </w:p>
        </w:tc>
        <w:tc>
          <w:tcPr>
            <w:tcW w:w="3312" w:type="dxa"/>
          </w:tcPr>
          <w:p w14:paraId="09D448E8" w14:textId="77777777" w:rsidR="00D83E5D" w:rsidRPr="006B42D8" w:rsidRDefault="00000000">
            <w:pPr>
              <w:rPr>
                <w:rFonts w:asciiTheme="majorHAnsi" w:hAnsiTheme="majorHAnsi" w:cstheme="majorHAnsi"/>
              </w:rPr>
            </w:pPr>
            <w:r w:rsidRPr="006B42D8">
              <w:rPr>
                <w:rFonts w:asciiTheme="majorHAnsi" w:hAnsiTheme="majorHAnsi" w:cstheme="majorHAnsi"/>
              </w:rPr>
              <w:t>If applicable</w:t>
            </w:r>
          </w:p>
        </w:tc>
        <w:tc>
          <w:tcPr>
            <w:tcW w:w="3312" w:type="dxa"/>
          </w:tcPr>
          <w:p w14:paraId="2FFD9B7D" w14:textId="77777777" w:rsidR="00D83E5D" w:rsidRPr="006B42D8" w:rsidRDefault="00000000">
            <w:pPr>
              <w:rPr>
                <w:rFonts w:asciiTheme="majorHAnsi" w:hAnsiTheme="majorHAnsi" w:cstheme="majorHAnsi"/>
              </w:rPr>
            </w:pPr>
            <w:r w:rsidRPr="006B42D8">
              <w:rPr>
                <w:rFonts w:asciiTheme="majorHAnsi" w:hAnsiTheme="majorHAnsi" w:cstheme="majorHAnsi"/>
              </w:rPr>
              <w:t>Committee/institution and approval/reference number.</w:t>
            </w:r>
          </w:p>
        </w:tc>
      </w:tr>
      <w:tr w:rsidR="00D83E5D" w:rsidRPr="006B42D8" w14:paraId="45926E17" w14:textId="77777777">
        <w:trPr>
          <w:jc w:val="center"/>
        </w:trPr>
        <w:tc>
          <w:tcPr>
            <w:tcW w:w="3312" w:type="dxa"/>
          </w:tcPr>
          <w:p w14:paraId="30F9A26D" w14:textId="77777777" w:rsidR="00D83E5D" w:rsidRPr="006B42D8" w:rsidRDefault="00000000">
            <w:pPr>
              <w:rPr>
                <w:rFonts w:asciiTheme="majorHAnsi" w:hAnsiTheme="majorHAnsi" w:cstheme="majorHAnsi"/>
              </w:rPr>
            </w:pPr>
            <w:r w:rsidRPr="006B42D8">
              <w:rPr>
                <w:rFonts w:asciiTheme="majorHAnsi" w:hAnsiTheme="majorHAnsi" w:cstheme="majorHAnsi"/>
              </w:rPr>
              <w:t>Consent to Participate</w:t>
            </w:r>
          </w:p>
        </w:tc>
        <w:tc>
          <w:tcPr>
            <w:tcW w:w="3312" w:type="dxa"/>
          </w:tcPr>
          <w:p w14:paraId="73D90ED4" w14:textId="77777777" w:rsidR="00D83E5D" w:rsidRPr="006B42D8" w:rsidRDefault="00000000">
            <w:pPr>
              <w:rPr>
                <w:rFonts w:asciiTheme="majorHAnsi" w:hAnsiTheme="majorHAnsi" w:cstheme="majorHAnsi"/>
              </w:rPr>
            </w:pPr>
            <w:r w:rsidRPr="006B42D8">
              <w:rPr>
                <w:rFonts w:asciiTheme="majorHAnsi" w:hAnsiTheme="majorHAnsi" w:cstheme="majorHAnsi"/>
              </w:rPr>
              <w:t>If applicable</w:t>
            </w:r>
          </w:p>
        </w:tc>
        <w:tc>
          <w:tcPr>
            <w:tcW w:w="3312" w:type="dxa"/>
          </w:tcPr>
          <w:p w14:paraId="691AD60C" w14:textId="77777777" w:rsidR="00D83E5D" w:rsidRPr="006B42D8" w:rsidRDefault="00000000">
            <w:pPr>
              <w:rPr>
                <w:rFonts w:asciiTheme="majorHAnsi" w:hAnsiTheme="majorHAnsi" w:cstheme="majorHAnsi"/>
              </w:rPr>
            </w:pPr>
            <w:r w:rsidRPr="006B42D8">
              <w:rPr>
                <w:rFonts w:asciiTheme="majorHAnsi" w:hAnsiTheme="majorHAnsi" w:cstheme="majorHAnsi"/>
              </w:rPr>
              <w:t>Consent statement or approved waiver.</w:t>
            </w:r>
          </w:p>
        </w:tc>
      </w:tr>
      <w:tr w:rsidR="00D83E5D" w:rsidRPr="006B42D8" w14:paraId="25F7AE0B" w14:textId="77777777">
        <w:trPr>
          <w:jc w:val="center"/>
        </w:trPr>
        <w:tc>
          <w:tcPr>
            <w:tcW w:w="3312" w:type="dxa"/>
          </w:tcPr>
          <w:p w14:paraId="1D963921" w14:textId="77777777" w:rsidR="00D83E5D" w:rsidRPr="006B42D8" w:rsidRDefault="00000000">
            <w:pPr>
              <w:rPr>
                <w:rFonts w:asciiTheme="majorHAnsi" w:hAnsiTheme="majorHAnsi" w:cstheme="majorHAnsi"/>
              </w:rPr>
            </w:pPr>
            <w:r w:rsidRPr="006B42D8">
              <w:rPr>
                <w:rFonts w:asciiTheme="majorHAnsi" w:hAnsiTheme="majorHAnsi" w:cstheme="majorHAnsi"/>
              </w:rPr>
              <w:t>Consent to Publish</w:t>
            </w:r>
          </w:p>
        </w:tc>
        <w:tc>
          <w:tcPr>
            <w:tcW w:w="3312" w:type="dxa"/>
          </w:tcPr>
          <w:p w14:paraId="271A797C" w14:textId="77777777" w:rsidR="00D83E5D" w:rsidRPr="006B42D8" w:rsidRDefault="00000000">
            <w:pPr>
              <w:rPr>
                <w:rFonts w:asciiTheme="majorHAnsi" w:hAnsiTheme="majorHAnsi" w:cstheme="majorHAnsi"/>
              </w:rPr>
            </w:pPr>
            <w:r w:rsidRPr="006B42D8">
              <w:rPr>
                <w:rFonts w:asciiTheme="majorHAnsi" w:hAnsiTheme="majorHAnsi" w:cstheme="majorHAnsi"/>
              </w:rPr>
              <w:t>If applicable</w:t>
            </w:r>
          </w:p>
        </w:tc>
        <w:tc>
          <w:tcPr>
            <w:tcW w:w="3312" w:type="dxa"/>
          </w:tcPr>
          <w:p w14:paraId="3DB3635D" w14:textId="77777777" w:rsidR="00D83E5D" w:rsidRPr="006B42D8" w:rsidRDefault="00000000">
            <w:pPr>
              <w:rPr>
                <w:rFonts w:asciiTheme="majorHAnsi" w:hAnsiTheme="majorHAnsi" w:cstheme="majorHAnsi"/>
              </w:rPr>
            </w:pPr>
            <w:r w:rsidRPr="006B42D8">
              <w:rPr>
                <w:rFonts w:asciiTheme="majorHAnsi" w:hAnsiTheme="majorHAnsi" w:cstheme="majorHAnsi"/>
              </w:rPr>
              <w:t>Consent for identifiable information/images where needed.</w:t>
            </w:r>
          </w:p>
        </w:tc>
      </w:tr>
      <w:tr w:rsidR="00D83E5D" w:rsidRPr="006B42D8" w14:paraId="46484DD0" w14:textId="77777777">
        <w:trPr>
          <w:jc w:val="center"/>
        </w:trPr>
        <w:tc>
          <w:tcPr>
            <w:tcW w:w="3312" w:type="dxa"/>
          </w:tcPr>
          <w:p w14:paraId="29DCABDF" w14:textId="77777777" w:rsidR="00D83E5D" w:rsidRPr="006B42D8" w:rsidRDefault="00000000">
            <w:pPr>
              <w:rPr>
                <w:rFonts w:asciiTheme="majorHAnsi" w:hAnsiTheme="majorHAnsi" w:cstheme="majorHAnsi"/>
              </w:rPr>
            </w:pPr>
            <w:r w:rsidRPr="006B42D8">
              <w:rPr>
                <w:rFonts w:asciiTheme="majorHAnsi" w:hAnsiTheme="majorHAnsi" w:cstheme="majorHAnsi"/>
              </w:rPr>
              <w:t>Data Availability</w:t>
            </w:r>
          </w:p>
        </w:tc>
        <w:tc>
          <w:tcPr>
            <w:tcW w:w="3312" w:type="dxa"/>
          </w:tcPr>
          <w:p w14:paraId="11BA559E" w14:textId="77777777" w:rsidR="00D83E5D" w:rsidRPr="006B42D8" w:rsidRDefault="00000000">
            <w:pPr>
              <w:rPr>
                <w:rFonts w:asciiTheme="majorHAnsi" w:hAnsiTheme="majorHAnsi" w:cstheme="majorHAnsi"/>
              </w:rPr>
            </w:pPr>
            <w:r w:rsidRPr="006B42D8">
              <w:rPr>
                <w:rFonts w:asciiTheme="majorHAnsi" w:hAnsiTheme="majorHAnsi" w:cstheme="majorHAnsi"/>
              </w:rPr>
              <w:t>Where relevant</w:t>
            </w:r>
          </w:p>
        </w:tc>
        <w:tc>
          <w:tcPr>
            <w:tcW w:w="3312" w:type="dxa"/>
          </w:tcPr>
          <w:p w14:paraId="34734C71" w14:textId="77777777" w:rsidR="00D83E5D" w:rsidRPr="006B42D8" w:rsidRDefault="00000000">
            <w:pPr>
              <w:rPr>
                <w:rFonts w:asciiTheme="majorHAnsi" w:hAnsiTheme="majorHAnsi" w:cstheme="majorHAnsi"/>
              </w:rPr>
            </w:pPr>
            <w:r w:rsidRPr="006B42D8">
              <w:rPr>
                <w:rFonts w:asciiTheme="majorHAnsi" w:hAnsiTheme="majorHAnsi" w:cstheme="majorHAnsi"/>
              </w:rPr>
              <w:t>Location/access conditions or reason for restrictions.</w:t>
            </w:r>
          </w:p>
        </w:tc>
      </w:tr>
      <w:tr w:rsidR="00D83E5D" w:rsidRPr="006B42D8" w14:paraId="17034B31" w14:textId="77777777">
        <w:trPr>
          <w:jc w:val="center"/>
        </w:trPr>
        <w:tc>
          <w:tcPr>
            <w:tcW w:w="3312" w:type="dxa"/>
          </w:tcPr>
          <w:p w14:paraId="5EDDF855" w14:textId="77777777" w:rsidR="00D83E5D" w:rsidRPr="006B42D8" w:rsidRDefault="00000000">
            <w:pPr>
              <w:rPr>
                <w:rFonts w:asciiTheme="majorHAnsi" w:hAnsiTheme="majorHAnsi" w:cstheme="majorHAnsi"/>
              </w:rPr>
            </w:pPr>
            <w:r w:rsidRPr="006B42D8">
              <w:rPr>
                <w:rFonts w:asciiTheme="majorHAnsi" w:hAnsiTheme="majorHAnsi" w:cstheme="majorHAnsi"/>
              </w:rPr>
              <w:t>Author Contributions</w:t>
            </w:r>
          </w:p>
        </w:tc>
        <w:tc>
          <w:tcPr>
            <w:tcW w:w="3312" w:type="dxa"/>
          </w:tcPr>
          <w:p w14:paraId="048CB192" w14:textId="77777777" w:rsidR="00D83E5D" w:rsidRPr="006B42D8" w:rsidRDefault="00000000">
            <w:pPr>
              <w:rPr>
                <w:rFonts w:asciiTheme="majorHAnsi" w:hAnsiTheme="majorHAnsi" w:cstheme="majorHAnsi"/>
              </w:rPr>
            </w:pPr>
            <w:r w:rsidRPr="006B42D8">
              <w:rPr>
                <w:rFonts w:asciiTheme="majorHAnsi" w:hAnsiTheme="majorHAnsi" w:cstheme="majorHAnsi"/>
              </w:rPr>
              <w:t>Multi-author</w:t>
            </w:r>
          </w:p>
        </w:tc>
        <w:tc>
          <w:tcPr>
            <w:tcW w:w="3312" w:type="dxa"/>
          </w:tcPr>
          <w:p w14:paraId="2484D59A" w14:textId="77777777" w:rsidR="00D83E5D" w:rsidRPr="006B42D8" w:rsidRDefault="00000000">
            <w:pPr>
              <w:rPr>
                <w:rFonts w:asciiTheme="majorHAnsi" w:hAnsiTheme="majorHAnsi" w:cstheme="majorHAnsi"/>
              </w:rPr>
            </w:pPr>
            <w:r w:rsidRPr="006B42D8">
              <w:rPr>
                <w:rFonts w:asciiTheme="majorHAnsi" w:hAnsiTheme="majorHAnsi" w:cstheme="majorHAnsi"/>
              </w:rPr>
              <w:t>Contribution statement.</w:t>
            </w:r>
          </w:p>
        </w:tc>
      </w:tr>
      <w:tr w:rsidR="00D83E5D" w:rsidRPr="006B42D8" w14:paraId="1634FDF5" w14:textId="77777777">
        <w:trPr>
          <w:jc w:val="center"/>
        </w:trPr>
        <w:tc>
          <w:tcPr>
            <w:tcW w:w="3312" w:type="dxa"/>
          </w:tcPr>
          <w:p w14:paraId="74684CE5" w14:textId="77777777" w:rsidR="00D83E5D" w:rsidRPr="006B42D8" w:rsidRDefault="00000000">
            <w:pPr>
              <w:rPr>
                <w:rFonts w:asciiTheme="majorHAnsi" w:hAnsiTheme="majorHAnsi" w:cstheme="majorHAnsi"/>
              </w:rPr>
            </w:pPr>
            <w:r w:rsidRPr="006B42D8">
              <w:rPr>
                <w:rFonts w:asciiTheme="majorHAnsi" w:hAnsiTheme="majorHAnsi" w:cstheme="majorHAnsi"/>
              </w:rPr>
              <w:t>AI Declaration</w:t>
            </w:r>
          </w:p>
        </w:tc>
        <w:tc>
          <w:tcPr>
            <w:tcW w:w="3312" w:type="dxa"/>
          </w:tcPr>
          <w:p w14:paraId="605AF2F0" w14:textId="77777777" w:rsidR="00D83E5D" w:rsidRPr="006B42D8" w:rsidRDefault="00000000">
            <w:pPr>
              <w:rPr>
                <w:rFonts w:asciiTheme="majorHAnsi" w:hAnsiTheme="majorHAnsi" w:cstheme="majorHAnsi"/>
              </w:rPr>
            </w:pPr>
            <w:r w:rsidRPr="006B42D8">
              <w:rPr>
                <w:rFonts w:asciiTheme="majorHAnsi" w:hAnsiTheme="majorHAnsi" w:cstheme="majorHAnsi"/>
              </w:rPr>
              <w:t>If applicable</w:t>
            </w:r>
          </w:p>
        </w:tc>
        <w:tc>
          <w:tcPr>
            <w:tcW w:w="3312" w:type="dxa"/>
          </w:tcPr>
          <w:p w14:paraId="1C26C3DF" w14:textId="77777777" w:rsidR="00D83E5D" w:rsidRPr="006B42D8" w:rsidRDefault="00000000">
            <w:pPr>
              <w:rPr>
                <w:rFonts w:asciiTheme="majorHAnsi" w:hAnsiTheme="majorHAnsi" w:cstheme="majorHAnsi"/>
              </w:rPr>
            </w:pPr>
            <w:r w:rsidRPr="006B42D8">
              <w:rPr>
                <w:rFonts w:asciiTheme="majorHAnsi" w:hAnsiTheme="majorHAnsi" w:cstheme="majorHAnsi"/>
              </w:rPr>
              <w:t>Transparent description of material AI use.</w:t>
            </w:r>
          </w:p>
        </w:tc>
      </w:tr>
      <w:tr w:rsidR="00D83E5D" w:rsidRPr="006B42D8" w14:paraId="23751572" w14:textId="77777777">
        <w:trPr>
          <w:jc w:val="center"/>
        </w:trPr>
        <w:tc>
          <w:tcPr>
            <w:tcW w:w="3312" w:type="dxa"/>
          </w:tcPr>
          <w:p w14:paraId="09FF5F79" w14:textId="77777777" w:rsidR="00D83E5D" w:rsidRPr="006B42D8" w:rsidRDefault="00000000">
            <w:pPr>
              <w:rPr>
                <w:rFonts w:asciiTheme="majorHAnsi" w:hAnsiTheme="majorHAnsi" w:cstheme="majorHAnsi"/>
              </w:rPr>
            </w:pPr>
            <w:r w:rsidRPr="006B42D8">
              <w:rPr>
                <w:rFonts w:asciiTheme="majorHAnsi" w:hAnsiTheme="majorHAnsi" w:cstheme="majorHAnsi"/>
              </w:rPr>
              <w:t>Third-party Permissions</w:t>
            </w:r>
          </w:p>
        </w:tc>
        <w:tc>
          <w:tcPr>
            <w:tcW w:w="3312" w:type="dxa"/>
          </w:tcPr>
          <w:p w14:paraId="24FE52AA" w14:textId="77777777" w:rsidR="00D83E5D" w:rsidRPr="006B42D8" w:rsidRDefault="00000000">
            <w:pPr>
              <w:rPr>
                <w:rFonts w:asciiTheme="majorHAnsi" w:hAnsiTheme="majorHAnsi" w:cstheme="majorHAnsi"/>
              </w:rPr>
            </w:pPr>
            <w:r w:rsidRPr="006B42D8">
              <w:rPr>
                <w:rFonts w:asciiTheme="majorHAnsi" w:hAnsiTheme="majorHAnsi" w:cstheme="majorHAnsi"/>
              </w:rPr>
              <w:t>If applicable</w:t>
            </w:r>
          </w:p>
        </w:tc>
        <w:tc>
          <w:tcPr>
            <w:tcW w:w="3312" w:type="dxa"/>
          </w:tcPr>
          <w:p w14:paraId="4BB615F4" w14:textId="77777777" w:rsidR="00D83E5D" w:rsidRPr="006B42D8" w:rsidRDefault="00000000">
            <w:pPr>
              <w:rPr>
                <w:rFonts w:asciiTheme="majorHAnsi" w:hAnsiTheme="majorHAnsi" w:cstheme="majorHAnsi"/>
              </w:rPr>
            </w:pPr>
            <w:r w:rsidRPr="006B42D8">
              <w:rPr>
                <w:rFonts w:asciiTheme="majorHAnsi" w:hAnsiTheme="majorHAnsi" w:cstheme="majorHAnsi"/>
              </w:rPr>
              <w:t>Permission/licensing confirmation.</w:t>
            </w:r>
          </w:p>
        </w:tc>
      </w:tr>
    </w:tbl>
    <w:p w14:paraId="5DC48E27" w14:textId="77777777" w:rsidR="00D83E5D" w:rsidRPr="006B42D8" w:rsidRDefault="00000000">
      <w:pPr>
        <w:pStyle w:val="Heading1"/>
        <w:rPr>
          <w:rFonts w:cstheme="majorHAnsi"/>
        </w:rPr>
      </w:pPr>
      <w:r w:rsidRPr="006B42D8">
        <w:rPr>
          <w:rFonts w:cstheme="majorHAnsi"/>
        </w:rPr>
        <w:t>11. Pre-Submission Checklist</w:t>
      </w:r>
    </w:p>
    <w:p w14:paraId="588E62E8"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Article type and scope are appropriate.</w:t>
      </w:r>
    </w:p>
    <w:p w14:paraId="697537F8"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Title, authors, affiliations and corresponding-author details are complete.</w:t>
      </w:r>
    </w:p>
    <w:p w14:paraId="50F10F31"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Abstract and keywords are included.</w:t>
      </w:r>
    </w:p>
    <w:p w14:paraId="4AE0AC6F"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Formatting follows JERA requirements.</w:t>
      </w:r>
    </w:p>
    <w:p w14:paraId="2843EBCD"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Figures/tables are numbered, cited and captioned.</w:t>
      </w:r>
    </w:p>
    <w:p w14:paraId="50B9EA45"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References are complete, consistent and verified.</w:t>
      </w:r>
    </w:p>
    <w:p w14:paraId="075D27E5"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Manuscript is not under simultaneous consideration elsewhere.</w:t>
      </w:r>
    </w:p>
    <w:p w14:paraId="1BD032F7"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Originality and plagiarism requirements have been checked.</w:t>
      </w:r>
    </w:p>
    <w:p w14:paraId="1D3FFF1B"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Ethics/consent statements are included where applicable.</w:t>
      </w:r>
    </w:p>
    <w:p w14:paraId="3B2A6C53" w14:textId="77777777" w:rsidR="00D83E5D" w:rsidRPr="006B42D8" w:rsidRDefault="00000000">
      <w:pPr>
        <w:rPr>
          <w:rFonts w:asciiTheme="majorHAnsi" w:hAnsiTheme="majorHAnsi" w:cstheme="majorHAnsi"/>
        </w:rPr>
      </w:pPr>
      <w:r w:rsidRPr="006B42D8">
        <w:rPr>
          <w:rFonts w:ascii="Segoe UI Symbol" w:hAnsi="Segoe UI Symbol" w:cs="Segoe UI Symbol"/>
        </w:rPr>
        <w:lastRenderedPageBreak/>
        <w:t>☐</w:t>
      </w:r>
      <w:r w:rsidRPr="006B42D8">
        <w:rPr>
          <w:rFonts w:asciiTheme="majorHAnsi" w:hAnsiTheme="majorHAnsi" w:cstheme="majorHAnsi"/>
        </w:rPr>
        <w:t xml:space="preserve"> Funding and conflict-of-interest statements are included.</w:t>
      </w:r>
    </w:p>
    <w:p w14:paraId="658A8ADC"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Data availability and author contributions are included where applicable.</w:t>
      </w:r>
    </w:p>
    <w:p w14:paraId="0EFE0A8B"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Permissions for third-party material are secured.</w:t>
      </w:r>
    </w:p>
    <w:p w14:paraId="42E72A32"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AI use is disclosed where required.</w:t>
      </w:r>
    </w:p>
    <w:p w14:paraId="394AA6BE" w14:textId="77777777" w:rsidR="00D83E5D" w:rsidRPr="006B42D8" w:rsidRDefault="00000000">
      <w:pPr>
        <w:rPr>
          <w:rFonts w:asciiTheme="majorHAnsi" w:hAnsiTheme="majorHAnsi" w:cstheme="majorHAnsi"/>
        </w:rPr>
      </w:pPr>
      <w:r w:rsidRPr="006B42D8">
        <w:rPr>
          <w:rFonts w:ascii="Segoe UI Symbol" w:hAnsi="Segoe UI Symbol" w:cs="Segoe UI Symbol"/>
        </w:rPr>
        <w:t>☐</w:t>
      </w:r>
      <w:r w:rsidRPr="006B42D8">
        <w:rPr>
          <w:rFonts w:asciiTheme="majorHAnsi" w:hAnsiTheme="majorHAnsi" w:cstheme="majorHAnsi"/>
        </w:rPr>
        <w:t xml:space="preserve"> All authors approved the final version.</w:t>
      </w:r>
    </w:p>
    <w:p w14:paraId="7FEB940C" w14:textId="77777777" w:rsidR="00D83E5D" w:rsidRPr="006B42D8" w:rsidRDefault="00000000">
      <w:pPr>
        <w:pStyle w:val="Heading1"/>
        <w:rPr>
          <w:rFonts w:cstheme="majorHAnsi"/>
        </w:rPr>
      </w:pPr>
      <w:r w:rsidRPr="006B42D8">
        <w:rPr>
          <w:rFonts w:cstheme="majorHAnsi"/>
        </w:rPr>
        <w:t>12. Manuscript Template — Copy and Replace</w:t>
      </w:r>
    </w:p>
    <w:p w14:paraId="0B9B8613" w14:textId="77777777" w:rsidR="00D83E5D" w:rsidRPr="006B42D8" w:rsidRDefault="00000000">
      <w:pPr>
        <w:pStyle w:val="Heading2"/>
        <w:rPr>
          <w:rFonts w:cstheme="majorHAnsi"/>
        </w:rPr>
      </w:pPr>
      <w:r w:rsidRPr="006B42D8">
        <w:rPr>
          <w:rFonts w:cstheme="majorHAnsi"/>
        </w:rPr>
        <w:t>TITLE</w:t>
      </w:r>
    </w:p>
    <w:p w14:paraId="6873482A" w14:textId="77777777" w:rsidR="00D83E5D" w:rsidRPr="006B42D8" w:rsidRDefault="00000000">
      <w:pPr>
        <w:rPr>
          <w:rFonts w:asciiTheme="majorHAnsi" w:hAnsiTheme="majorHAnsi" w:cstheme="majorHAnsi"/>
        </w:rPr>
      </w:pPr>
      <w:r w:rsidRPr="006B42D8">
        <w:rPr>
          <w:rFonts w:asciiTheme="majorHAnsi" w:hAnsiTheme="majorHAnsi" w:cstheme="majorHAnsi"/>
        </w:rPr>
        <w:t>[Insert manuscript title]</w:t>
      </w:r>
    </w:p>
    <w:p w14:paraId="29A4551E" w14:textId="77777777" w:rsidR="00D83E5D" w:rsidRPr="006B42D8" w:rsidRDefault="00000000">
      <w:pPr>
        <w:pStyle w:val="Heading2"/>
        <w:rPr>
          <w:rFonts w:cstheme="majorHAnsi"/>
        </w:rPr>
      </w:pPr>
      <w:r w:rsidRPr="006B42D8">
        <w:rPr>
          <w:rFonts w:cstheme="majorHAnsi"/>
        </w:rPr>
        <w:t>AUTHORS</w:t>
      </w:r>
    </w:p>
    <w:p w14:paraId="20621BEB" w14:textId="77777777" w:rsidR="00D83E5D" w:rsidRPr="006B42D8" w:rsidRDefault="00000000">
      <w:pPr>
        <w:rPr>
          <w:rFonts w:asciiTheme="majorHAnsi" w:hAnsiTheme="majorHAnsi" w:cstheme="majorHAnsi"/>
        </w:rPr>
      </w:pPr>
      <w:r w:rsidRPr="006B42D8">
        <w:rPr>
          <w:rFonts w:asciiTheme="majorHAnsi" w:hAnsiTheme="majorHAnsi" w:cstheme="majorHAnsi"/>
        </w:rPr>
        <w:t xml:space="preserve">[Author </w:t>
      </w:r>
      <w:proofErr w:type="gramStart"/>
      <w:r w:rsidRPr="006B42D8">
        <w:rPr>
          <w:rFonts w:asciiTheme="majorHAnsi" w:hAnsiTheme="majorHAnsi" w:cstheme="majorHAnsi"/>
        </w:rPr>
        <w:t>1]¹</w:t>
      </w:r>
      <w:proofErr w:type="gramEnd"/>
      <w:r w:rsidRPr="006B42D8">
        <w:rPr>
          <w:rFonts w:asciiTheme="majorHAnsi" w:hAnsiTheme="majorHAnsi" w:cstheme="majorHAnsi"/>
        </w:rPr>
        <w:t xml:space="preserve">, [Author </w:t>
      </w:r>
      <w:proofErr w:type="gramStart"/>
      <w:r w:rsidRPr="006B42D8">
        <w:rPr>
          <w:rFonts w:asciiTheme="majorHAnsi" w:hAnsiTheme="majorHAnsi" w:cstheme="majorHAnsi"/>
        </w:rPr>
        <w:t>2]²</w:t>
      </w:r>
      <w:proofErr w:type="gramEnd"/>
      <w:r w:rsidRPr="006B42D8">
        <w:rPr>
          <w:rFonts w:asciiTheme="majorHAnsi" w:hAnsiTheme="majorHAnsi" w:cstheme="majorHAnsi"/>
        </w:rPr>
        <w:t xml:space="preserve">, [Author </w:t>
      </w:r>
      <w:proofErr w:type="gramStart"/>
      <w:r w:rsidRPr="006B42D8">
        <w:rPr>
          <w:rFonts w:asciiTheme="majorHAnsi" w:hAnsiTheme="majorHAnsi" w:cstheme="majorHAnsi"/>
        </w:rPr>
        <w:t>3]¹</w:t>
      </w:r>
      <w:proofErr w:type="gramEnd"/>
      <w:r w:rsidRPr="006B42D8">
        <w:rPr>
          <w:rFonts w:asciiTheme="majorHAnsi" w:hAnsiTheme="majorHAnsi" w:cstheme="majorHAnsi"/>
        </w:rPr>
        <w:t>*</w:t>
      </w:r>
    </w:p>
    <w:p w14:paraId="6ED5CCCD" w14:textId="77777777" w:rsidR="00D83E5D" w:rsidRPr="006B42D8" w:rsidRDefault="00000000">
      <w:pPr>
        <w:pStyle w:val="Heading2"/>
        <w:rPr>
          <w:rFonts w:cstheme="majorHAnsi"/>
        </w:rPr>
      </w:pPr>
      <w:r w:rsidRPr="006B42D8">
        <w:rPr>
          <w:rFonts w:cstheme="majorHAnsi"/>
        </w:rPr>
        <w:t>AFFILIATIONS</w:t>
      </w:r>
    </w:p>
    <w:p w14:paraId="1B1ECAC9" w14:textId="77777777" w:rsidR="00D83E5D" w:rsidRPr="006B42D8" w:rsidRDefault="00000000">
      <w:pPr>
        <w:rPr>
          <w:rFonts w:asciiTheme="majorHAnsi" w:hAnsiTheme="majorHAnsi" w:cstheme="majorHAnsi"/>
        </w:rPr>
      </w:pPr>
      <w:r w:rsidRPr="006B42D8">
        <w:rPr>
          <w:rFonts w:asciiTheme="majorHAnsi" w:hAnsiTheme="majorHAnsi" w:cstheme="majorHAnsi"/>
        </w:rPr>
        <w:t>¹ [Department, Institution, City, Country]</w:t>
      </w:r>
      <w:r w:rsidRPr="006B42D8">
        <w:rPr>
          <w:rFonts w:asciiTheme="majorHAnsi" w:hAnsiTheme="majorHAnsi" w:cstheme="majorHAnsi"/>
        </w:rPr>
        <w:br/>
        <w:t>² [Department, Institution, City, Country]</w:t>
      </w:r>
    </w:p>
    <w:p w14:paraId="075653AB" w14:textId="77777777" w:rsidR="00D83E5D" w:rsidRPr="006B42D8" w:rsidRDefault="00000000">
      <w:pPr>
        <w:pStyle w:val="Heading2"/>
        <w:rPr>
          <w:rFonts w:cstheme="majorHAnsi"/>
        </w:rPr>
      </w:pPr>
      <w:r w:rsidRPr="006B42D8">
        <w:rPr>
          <w:rFonts w:cstheme="majorHAnsi"/>
        </w:rPr>
        <w:t>CORRESPONDING AUTHOR</w:t>
      </w:r>
    </w:p>
    <w:p w14:paraId="15D48803" w14:textId="77777777" w:rsidR="00D83E5D" w:rsidRPr="006B42D8" w:rsidRDefault="00000000">
      <w:pPr>
        <w:rPr>
          <w:rFonts w:asciiTheme="majorHAnsi" w:hAnsiTheme="majorHAnsi" w:cstheme="majorHAnsi"/>
        </w:rPr>
      </w:pPr>
      <w:r w:rsidRPr="006B42D8">
        <w:rPr>
          <w:rFonts w:asciiTheme="majorHAnsi" w:hAnsiTheme="majorHAnsi" w:cstheme="majorHAnsi"/>
        </w:rPr>
        <w:t>[Name, institutional email, postal address]</w:t>
      </w:r>
    </w:p>
    <w:p w14:paraId="15729A1C" w14:textId="77777777" w:rsidR="00D83E5D" w:rsidRPr="006B42D8" w:rsidRDefault="00000000">
      <w:pPr>
        <w:pStyle w:val="Heading2"/>
        <w:rPr>
          <w:rFonts w:cstheme="majorHAnsi"/>
        </w:rPr>
      </w:pPr>
      <w:r w:rsidRPr="006B42D8">
        <w:rPr>
          <w:rFonts w:cstheme="majorHAnsi"/>
        </w:rPr>
        <w:t>ABSTRACT</w:t>
      </w:r>
    </w:p>
    <w:p w14:paraId="688ECE6E" w14:textId="77777777" w:rsidR="00D83E5D" w:rsidRPr="006B42D8" w:rsidRDefault="00000000">
      <w:pPr>
        <w:rPr>
          <w:rFonts w:asciiTheme="majorHAnsi" w:hAnsiTheme="majorHAnsi" w:cstheme="majorHAnsi"/>
        </w:rPr>
      </w:pPr>
      <w:r w:rsidRPr="006B42D8">
        <w:rPr>
          <w:rFonts w:asciiTheme="majorHAnsi" w:hAnsiTheme="majorHAnsi" w:cstheme="majorHAnsi"/>
        </w:rPr>
        <w:t>[Insert abstract]</w:t>
      </w:r>
    </w:p>
    <w:p w14:paraId="49923CE2" w14:textId="77777777" w:rsidR="00D83E5D" w:rsidRPr="006B42D8" w:rsidRDefault="00000000">
      <w:pPr>
        <w:pStyle w:val="Heading2"/>
        <w:rPr>
          <w:rFonts w:cstheme="majorHAnsi"/>
        </w:rPr>
      </w:pPr>
      <w:r w:rsidRPr="006B42D8">
        <w:rPr>
          <w:rFonts w:cstheme="majorHAnsi"/>
        </w:rPr>
        <w:t>KEYWORDS</w:t>
      </w:r>
    </w:p>
    <w:p w14:paraId="0A368BA9" w14:textId="77777777" w:rsidR="00D83E5D" w:rsidRPr="006B42D8" w:rsidRDefault="00000000">
      <w:pPr>
        <w:rPr>
          <w:rFonts w:asciiTheme="majorHAnsi" w:hAnsiTheme="majorHAnsi" w:cstheme="majorHAnsi"/>
        </w:rPr>
      </w:pPr>
      <w:r w:rsidRPr="006B42D8">
        <w:rPr>
          <w:rFonts w:asciiTheme="majorHAnsi" w:hAnsiTheme="majorHAnsi" w:cstheme="majorHAnsi"/>
        </w:rPr>
        <w:t>[Keyword 1]; [Keyword 2]; [Keyword 3]; [Keyword 4]; [Keyword 5]</w:t>
      </w:r>
    </w:p>
    <w:p w14:paraId="699898E6" w14:textId="77777777" w:rsidR="00D83E5D" w:rsidRPr="006B42D8" w:rsidRDefault="00000000">
      <w:pPr>
        <w:pStyle w:val="Heading2"/>
        <w:rPr>
          <w:rFonts w:cstheme="majorHAnsi"/>
        </w:rPr>
      </w:pPr>
      <w:r w:rsidRPr="006B42D8">
        <w:rPr>
          <w:rFonts w:cstheme="majorHAnsi"/>
        </w:rPr>
        <w:t>1. INTRODUCTION</w:t>
      </w:r>
    </w:p>
    <w:p w14:paraId="1E2EACD6" w14:textId="77777777" w:rsidR="00D83E5D" w:rsidRPr="006B42D8" w:rsidRDefault="00000000">
      <w:pPr>
        <w:rPr>
          <w:rFonts w:asciiTheme="majorHAnsi" w:hAnsiTheme="majorHAnsi" w:cstheme="majorHAnsi"/>
        </w:rPr>
      </w:pPr>
      <w:r w:rsidRPr="006B42D8">
        <w:rPr>
          <w:rFonts w:asciiTheme="majorHAnsi" w:hAnsiTheme="majorHAnsi" w:cstheme="majorHAnsi"/>
        </w:rPr>
        <w:t>[Background, gap, objectives and contribution.]</w:t>
      </w:r>
    </w:p>
    <w:p w14:paraId="7FA95C30" w14:textId="77777777" w:rsidR="00D83E5D" w:rsidRPr="006B42D8" w:rsidRDefault="00000000">
      <w:pPr>
        <w:pStyle w:val="Heading2"/>
        <w:rPr>
          <w:rFonts w:cstheme="majorHAnsi"/>
        </w:rPr>
      </w:pPr>
      <w:r w:rsidRPr="006B42D8">
        <w:rPr>
          <w:rFonts w:cstheme="majorHAnsi"/>
        </w:rPr>
        <w:t>2. MATERIALS AND METHODS / METHODOLOGY</w:t>
      </w:r>
    </w:p>
    <w:p w14:paraId="1F42A476" w14:textId="77777777" w:rsidR="00D83E5D" w:rsidRPr="006B42D8" w:rsidRDefault="00000000">
      <w:pPr>
        <w:rPr>
          <w:rFonts w:asciiTheme="majorHAnsi" w:hAnsiTheme="majorHAnsi" w:cstheme="majorHAnsi"/>
        </w:rPr>
      </w:pPr>
      <w:r w:rsidRPr="006B42D8">
        <w:rPr>
          <w:rFonts w:asciiTheme="majorHAnsi" w:hAnsiTheme="majorHAnsi" w:cstheme="majorHAnsi"/>
        </w:rPr>
        <w:t>[Study area/materials, methods, instrumentation, modelling and analysis.]</w:t>
      </w:r>
    </w:p>
    <w:p w14:paraId="5AAC02A1" w14:textId="77777777" w:rsidR="00D83E5D" w:rsidRPr="006B42D8" w:rsidRDefault="00000000">
      <w:pPr>
        <w:pStyle w:val="Heading2"/>
        <w:rPr>
          <w:rFonts w:cstheme="majorHAnsi"/>
        </w:rPr>
      </w:pPr>
      <w:r w:rsidRPr="006B42D8">
        <w:rPr>
          <w:rFonts w:cstheme="majorHAnsi"/>
        </w:rPr>
        <w:t>3. RESULTS</w:t>
      </w:r>
    </w:p>
    <w:p w14:paraId="13EDCA6F" w14:textId="77777777" w:rsidR="00D83E5D" w:rsidRPr="006B42D8" w:rsidRDefault="00000000">
      <w:pPr>
        <w:rPr>
          <w:rFonts w:asciiTheme="majorHAnsi" w:hAnsiTheme="majorHAnsi" w:cstheme="majorHAnsi"/>
        </w:rPr>
      </w:pPr>
      <w:r w:rsidRPr="006B42D8">
        <w:rPr>
          <w:rFonts w:asciiTheme="majorHAnsi" w:hAnsiTheme="majorHAnsi" w:cstheme="majorHAnsi"/>
        </w:rPr>
        <w:t>[Present results using text, tables and figures.]</w:t>
      </w:r>
    </w:p>
    <w:p w14:paraId="247BC60A" w14:textId="77777777" w:rsidR="00D83E5D" w:rsidRPr="006B42D8" w:rsidRDefault="00000000">
      <w:pPr>
        <w:pStyle w:val="Heading2"/>
        <w:rPr>
          <w:rFonts w:cstheme="majorHAnsi"/>
        </w:rPr>
      </w:pPr>
      <w:r w:rsidRPr="006B42D8">
        <w:rPr>
          <w:rFonts w:cstheme="majorHAnsi"/>
        </w:rPr>
        <w:t>4. DISCUSSION</w:t>
      </w:r>
    </w:p>
    <w:p w14:paraId="3B692C93" w14:textId="77777777" w:rsidR="00D83E5D" w:rsidRPr="006B42D8" w:rsidRDefault="00000000">
      <w:pPr>
        <w:rPr>
          <w:rFonts w:asciiTheme="majorHAnsi" w:hAnsiTheme="majorHAnsi" w:cstheme="majorHAnsi"/>
        </w:rPr>
      </w:pPr>
      <w:r w:rsidRPr="006B42D8">
        <w:rPr>
          <w:rFonts w:asciiTheme="majorHAnsi" w:hAnsiTheme="majorHAnsi" w:cstheme="majorHAnsi"/>
        </w:rPr>
        <w:t>[Interpret findings, compare with literature, implications and limitations.]</w:t>
      </w:r>
    </w:p>
    <w:p w14:paraId="4CDFCD0E" w14:textId="77777777" w:rsidR="00D83E5D" w:rsidRPr="006B42D8" w:rsidRDefault="00000000">
      <w:pPr>
        <w:pStyle w:val="Heading2"/>
        <w:rPr>
          <w:rFonts w:cstheme="majorHAnsi"/>
        </w:rPr>
      </w:pPr>
      <w:r w:rsidRPr="006B42D8">
        <w:rPr>
          <w:rFonts w:cstheme="majorHAnsi"/>
        </w:rPr>
        <w:lastRenderedPageBreak/>
        <w:t>5. CONCLUSIONS</w:t>
      </w:r>
    </w:p>
    <w:p w14:paraId="40CA8121" w14:textId="77777777" w:rsidR="00D83E5D" w:rsidRPr="006B42D8" w:rsidRDefault="00000000">
      <w:pPr>
        <w:rPr>
          <w:rFonts w:asciiTheme="majorHAnsi" w:hAnsiTheme="majorHAnsi" w:cstheme="majorHAnsi"/>
        </w:rPr>
      </w:pPr>
      <w:r w:rsidRPr="006B42D8">
        <w:rPr>
          <w:rFonts w:asciiTheme="majorHAnsi" w:hAnsiTheme="majorHAnsi" w:cstheme="majorHAnsi"/>
        </w:rPr>
        <w:t>[Concise conclusions supported by results.]</w:t>
      </w:r>
    </w:p>
    <w:p w14:paraId="33C8B02C" w14:textId="77777777" w:rsidR="00D83E5D" w:rsidRPr="006B42D8" w:rsidRDefault="00000000">
      <w:pPr>
        <w:pStyle w:val="Heading2"/>
        <w:rPr>
          <w:rFonts w:cstheme="majorHAnsi"/>
        </w:rPr>
      </w:pPr>
      <w:r w:rsidRPr="006B42D8">
        <w:rPr>
          <w:rFonts w:cstheme="majorHAnsi"/>
        </w:rPr>
        <w:t>ACKNOWLEDGEMENTS</w:t>
      </w:r>
    </w:p>
    <w:p w14:paraId="351B5204" w14:textId="77777777" w:rsidR="00D83E5D" w:rsidRPr="006B42D8" w:rsidRDefault="00000000">
      <w:pPr>
        <w:rPr>
          <w:rFonts w:asciiTheme="majorHAnsi" w:hAnsiTheme="majorHAnsi" w:cstheme="majorHAnsi"/>
        </w:rPr>
      </w:pPr>
      <w:r w:rsidRPr="006B42D8">
        <w:rPr>
          <w:rFonts w:asciiTheme="majorHAnsi" w:hAnsiTheme="majorHAnsi" w:cstheme="majorHAnsi"/>
        </w:rPr>
        <w:t>[Optional]</w:t>
      </w:r>
    </w:p>
    <w:p w14:paraId="7426289C" w14:textId="77777777" w:rsidR="00D83E5D" w:rsidRPr="006B42D8" w:rsidRDefault="00000000">
      <w:pPr>
        <w:pStyle w:val="Heading2"/>
        <w:rPr>
          <w:rFonts w:cstheme="majorHAnsi"/>
        </w:rPr>
      </w:pPr>
      <w:r w:rsidRPr="006B42D8">
        <w:rPr>
          <w:rFonts w:cstheme="majorHAnsi"/>
        </w:rPr>
        <w:t>FUNDING</w:t>
      </w:r>
    </w:p>
    <w:p w14:paraId="76F0DB9C" w14:textId="77777777" w:rsidR="00D83E5D" w:rsidRPr="006B42D8" w:rsidRDefault="00000000">
      <w:pPr>
        <w:rPr>
          <w:rFonts w:asciiTheme="majorHAnsi" w:hAnsiTheme="majorHAnsi" w:cstheme="majorHAnsi"/>
        </w:rPr>
      </w:pPr>
      <w:r w:rsidRPr="006B42D8">
        <w:rPr>
          <w:rFonts w:asciiTheme="majorHAnsi" w:hAnsiTheme="majorHAnsi" w:cstheme="majorHAnsi"/>
        </w:rPr>
        <w:t>[Funding statement or no-specific-funding statement.]</w:t>
      </w:r>
    </w:p>
    <w:p w14:paraId="1125E217" w14:textId="77777777" w:rsidR="00D83E5D" w:rsidRPr="006B42D8" w:rsidRDefault="00000000">
      <w:pPr>
        <w:pStyle w:val="Heading2"/>
        <w:rPr>
          <w:rFonts w:cstheme="majorHAnsi"/>
        </w:rPr>
      </w:pPr>
      <w:r w:rsidRPr="006B42D8">
        <w:rPr>
          <w:rFonts w:cstheme="majorHAnsi"/>
        </w:rPr>
        <w:t>CONFLICT OF INTEREST</w:t>
      </w:r>
    </w:p>
    <w:p w14:paraId="755F4DEA" w14:textId="77777777" w:rsidR="00D83E5D" w:rsidRPr="006B42D8" w:rsidRDefault="00000000">
      <w:pPr>
        <w:rPr>
          <w:rFonts w:asciiTheme="majorHAnsi" w:hAnsiTheme="majorHAnsi" w:cstheme="majorHAnsi"/>
        </w:rPr>
      </w:pPr>
      <w:r w:rsidRPr="006B42D8">
        <w:rPr>
          <w:rFonts w:asciiTheme="majorHAnsi" w:hAnsiTheme="majorHAnsi" w:cstheme="majorHAnsi"/>
        </w:rPr>
        <w:t>[Declaration]</w:t>
      </w:r>
    </w:p>
    <w:p w14:paraId="643D07BC" w14:textId="77777777" w:rsidR="00D83E5D" w:rsidRPr="006B42D8" w:rsidRDefault="00000000">
      <w:pPr>
        <w:pStyle w:val="Heading2"/>
        <w:rPr>
          <w:rFonts w:cstheme="majorHAnsi"/>
        </w:rPr>
      </w:pPr>
      <w:r w:rsidRPr="006B42D8">
        <w:rPr>
          <w:rFonts w:cstheme="majorHAnsi"/>
        </w:rPr>
        <w:t>ETHICS APPROVAL AND CONSENT</w:t>
      </w:r>
    </w:p>
    <w:p w14:paraId="145EAFB6" w14:textId="77777777" w:rsidR="00D83E5D" w:rsidRPr="006B42D8" w:rsidRDefault="00000000">
      <w:pPr>
        <w:rPr>
          <w:rFonts w:asciiTheme="majorHAnsi" w:hAnsiTheme="majorHAnsi" w:cstheme="majorHAnsi"/>
        </w:rPr>
      </w:pPr>
      <w:r w:rsidRPr="006B42D8">
        <w:rPr>
          <w:rFonts w:asciiTheme="majorHAnsi" w:hAnsiTheme="majorHAnsi" w:cstheme="majorHAnsi"/>
        </w:rPr>
        <w:t>[Where applicable]</w:t>
      </w:r>
    </w:p>
    <w:p w14:paraId="0F8788A0" w14:textId="77777777" w:rsidR="00D83E5D" w:rsidRPr="006B42D8" w:rsidRDefault="00000000">
      <w:pPr>
        <w:pStyle w:val="Heading2"/>
        <w:rPr>
          <w:rFonts w:cstheme="majorHAnsi"/>
        </w:rPr>
      </w:pPr>
      <w:r w:rsidRPr="006B42D8">
        <w:rPr>
          <w:rFonts w:cstheme="majorHAnsi"/>
        </w:rPr>
        <w:t>DATA AVAILABILITY</w:t>
      </w:r>
    </w:p>
    <w:p w14:paraId="5D911BBE" w14:textId="77777777" w:rsidR="00D83E5D" w:rsidRPr="006B42D8" w:rsidRDefault="00000000">
      <w:pPr>
        <w:rPr>
          <w:rFonts w:asciiTheme="majorHAnsi" w:hAnsiTheme="majorHAnsi" w:cstheme="majorHAnsi"/>
        </w:rPr>
      </w:pPr>
      <w:r w:rsidRPr="006B42D8">
        <w:rPr>
          <w:rFonts w:asciiTheme="majorHAnsi" w:hAnsiTheme="majorHAnsi" w:cstheme="majorHAnsi"/>
        </w:rPr>
        <w:t>[Statement]</w:t>
      </w:r>
    </w:p>
    <w:p w14:paraId="22E23C04" w14:textId="77777777" w:rsidR="00D83E5D" w:rsidRPr="006B42D8" w:rsidRDefault="00000000">
      <w:pPr>
        <w:pStyle w:val="Heading2"/>
        <w:rPr>
          <w:rFonts w:cstheme="majorHAnsi"/>
        </w:rPr>
      </w:pPr>
      <w:r w:rsidRPr="006B42D8">
        <w:rPr>
          <w:rFonts w:cstheme="majorHAnsi"/>
        </w:rPr>
        <w:t>AUTHOR CONTRIBUTIONS</w:t>
      </w:r>
    </w:p>
    <w:p w14:paraId="5C251FD2" w14:textId="77777777" w:rsidR="00D83E5D" w:rsidRPr="006B42D8" w:rsidRDefault="00000000">
      <w:pPr>
        <w:rPr>
          <w:rFonts w:asciiTheme="majorHAnsi" w:hAnsiTheme="majorHAnsi" w:cstheme="majorHAnsi"/>
        </w:rPr>
      </w:pPr>
      <w:r w:rsidRPr="006B42D8">
        <w:rPr>
          <w:rFonts w:asciiTheme="majorHAnsi" w:hAnsiTheme="majorHAnsi" w:cstheme="majorHAnsi"/>
        </w:rPr>
        <w:t>[Statement]</w:t>
      </w:r>
    </w:p>
    <w:p w14:paraId="1742A83D" w14:textId="77777777" w:rsidR="00D83E5D" w:rsidRPr="006B42D8" w:rsidRDefault="00000000">
      <w:pPr>
        <w:pStyle w:val="Heading2"/>
        <w:rPr>
          <w:rFonts w:cstheme="majorHAnsi"/>
        </w:rPr>
      </w:pPr>
      <w:r w:rsidRPr="006B42D8">
        <w:rPr>
          <w:rFonts w:cstheme="majorHAnsi"/>
        </w:rPr>
        <w:t>AI / AI-ASSISTED TOOLS DECLARATION</w:t>
      </w:r>
    </w:p>
    <w:p w14:paraId="733CE3AE" w14:textId="77777777" w:rsidR="00D83E5D" w:rsidRPr="006B42D8" w:rsidRDefault="00000000">
      <w:pPr>
        <w:rPr>
          <w:rFonts w:asciiTheme="majorHAnsi" w:hAnsiTheme="majorHAnsi" w:cstheme="majorHAnsi"/>
        </w:rPr>
      </w:pPr>
      <w:r w:rsidRPr="006B42D8">
        <w:rPr>
          <w:rFonts w:asciiTheme="majorHAnsi" w:hAnsiTheme="majorHAnsi" w:cstheme="majorHAnsi"/>
        </w:rPr>
        <w:t>[Where applicable]</w:t>
      </w:r>
    </w:p>
    <w:p w14:paraId="01F77AE8" w14:textId="77777777" w:rsidR="00D83E5D" w:rsidRPr="006B42D8" w:rsidRDefault="00000000">
      <w:pPr>
        <w:pStyle w:val="Heading2"/>
        <w:rPr>
          <w:rFonts w:cstheme="majorHAnsi"/>
        </w:rPr>
      </w:pPr>
      <w:r w:rsidRPr="006B42D8">
        <w:rPr>
          <w:rFonts w:cstheme="majorHAnsi"/>
        </w:rPr>
        <w:t>REFERENCES</w:t>
      </w:r>
    </w:p>
    <w:p w14:paraId="0E32D0F4" w14:textId="77777777" w:rsidR="00D83E5D" w:rsidRPr="006B42D8" w:rsidRDefault="00000000">
      <w:pPr>
        <w:rPr>
          <w:rFonts w:asciiTheme="majorHAnsi" w:hAnsiTheme="majorHAnsi" w:cstheme="majorHAnsi"/>
        </w:rPr>
      </w:pPr>
      <w:r w:rsidRPr="006B42D8">
        <w:rPr>
          <w:rFonts w:asciiTheme="majorHAnsi" w:hAnsiTheme="majorHAnsi" w:cstheme="majorHAnsi"/>
        </w:rPr>
        <w:t>[Insert complete, verified references in JERA style]</w:t>
      </w:r>
    </w:p>
    <w:p w14:paraId="4E86DCBC" w14:textId="77777777" w:rsidR="00D83E5D" w:rsidRPr="006B42D8" w:rsidRDefault="00000000">
      <w:pPr>
        <w:pStyle w:val="Heading1"/>
        <w:rPr>
          <w:rFonts w:cstheme="majorHAnsi"/>
        </w:rPr>
      </w:pPr>
      <w:r w:rsidRPr="006B42D8">
        <w:rPr>
          <w:rFonts w:cstheme="majorHAnsi"/>
        </w:rPr>
        <w:t>13. Editorial Note and Reference Basis</w:t>
      </w:r>
    </w:p>
    <w:p w14:paraId="7706C42B" w14:textId="71A949D1" w:rsidR="00D83E5D" w:rsidRPr="006B42D8" w:rsidRDefault="00000000" w:rsidP="00836F52">
      <w:pPr>
        <w:jc w:val="both"/>
        <w:rPr>
          <w:rFonts w:asciiTheme="majorHAnsi" w:hAnsiTheme="majorHAnsi" w:cstheme="majorHAnsi"/>
        </w:rPr>
      </w:pPr>
      <w:r w:rsidRPr="006B42D8">
        <w:rPr>
          <w:rFonts w:asciiTheme="majorHAnsi" w:hAnsiTheme="majorHAnsi" w:cstheme="majorHAnsi"/>
        </w:rPr>
        <w:t>JERA should finalize any journal-specific requirements</w:t>
      </w:r>
      <w:r w:rsidR="00836F52" w:rsidRPr="006B42D8">
        <w:rPr>
          <w:rFonts w:asciiTheme="majorHAnsi" w:hAnsiTheme="majorHAnsi" w:cstheme="majorHAnsi"/>
        </w:rPr>
        <w:t xml:space="preserve">: </w:t>
      </w:r>
      <w:r w:rsidRPr="006B42D8">
        <w:rPr>
          <w:rFonts w:asciiTheme="majorHAnsi" w:hAnsiTheme="majorHAnsi" w:cstheme="majorHAnsi"/>
        </w:rPr>
        <w:t>such as article limits, APCs, peer-review model, submission portal, DOI assignment, indexing claims, and detailed reference style</w:t>
      </w:r>
      <w:r w:rsidR="00836F52" w:rsidRPr="006B42D8">
        <w:rPr>
          <w:rFonts w:asciiTheme="majorHAnsi" w:hAnsiTheme="majorHAnsi" w:cstheme="majorHAnsi"/>
        </w:rPr>
        <w:t xml:space="preserve"> </w:t>
      </w:r>
      <w:r w:rsidRPr="006B42D8">
        <w:rPr>
          <w:rFonts w:asciiTheme="majorHAnsi" w:hAnsiTheme="majorHAnsi" w:cstheme="majorHAnsi"/>
        </w:rPr>
        <w:t>only after those requirements are confirmed by the journal.</w:t>
      </w:r>
    </w:p>
    <w:sectPr w:rsidR="00D83E5D" w:rsidRPr="006B42D8"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1EFD7" w14:textId="77777777" w:rsidR="002F67C9" w:rsidRDefault="002F67C9">
      <w:pPr>
        <w:spacing w:after="0" w:line="240" w:lineRule="auto"/>
      </w:pPr>
      <w:r>
        <w:separator/>
      </w:r>
    </w:p>
  </w:endnote>
  <w:endnote w:type="continuationSeparator" w:id="0">
    <w:p w14:paraId="38696311" w14:textId="77777777" w:rsidR="002F67C9" w:rsidRDefault="002F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1F22" w14:textId="77777777" w:rsidR="000B7244" w:rsidRDefault="000B72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E832" w14:textId="64F74B14" w:rsidR="00D83E5D" w:rsidRPr="000B7244" w:rsidRDefault="00836F52">
    <w:pPr>
      <w:pStyle w:val="Footer"/>
      <w:jc w:val="center"/>
      <w:rPr>
        <w:rFonts w:asciiTheme="minorHAnsi" w:hAnsiTheme="minorHAnsi" w:cstheme="majorHAnsi"/>
        <w:b/>
        <w:bCs/>
        <w:sz w:val="16"/>
        <w:szCs w:val="16"/>
      </w:rPr>
    </w:pPr>
    <w:r w:rsidRPr="000B7244">
      <w:rPr>
        <w:rFonts w:asciiTheme="minorHAnsi" w:hAnsiTheme="minorHAnsi" w:cstheme="majorHAnsi"/>
        <w:b/>
        <w:bCs/>
        <w:sz w:val="16"/>
        <w:szCs w:val="16"/>
      </w:rPr>
      <w:t xml:space="preserve">JERA | E-ISSN 2583-3987 | Author Guidelines &amp; Manuscript Preparation Template </w:t>
    </w:r>
    <w:proofErr w:type="gramStart"/>
    <w:r w:rsidRPr="000B7244">
      <w:rPr>
        <w:rFonts w:asciiTheme="minorHAnsi" w:hAnsiTheme="minorHAnsi" w:cstheme="majorHAnsi"/>
        <w:b/>
        <w:bCs/>
        <w:sz w:val="16"/>
        <w:szCs w:val="16"/>
      </w:rPr>
      <w:t>|  Page</w:t>
    </w:r>
    <w:proofErr w:type="gramEnd"/>
    <w:r w:rsidRPr="000B7244">
      <w:rPr>
        <w:rFonts w:asciiTheme="minorHAnsi" w:hAnsiTheme="minorHAnsi" w:cstheme="majorHAnsi"/>
        <w:b/>
        <w:bCs/>
        <w:sz w:val="16"/>
        <w:szCs w:val="16"/>
      </w:rPr>
      <w:t xml:space="preserve"> </w:t>
    </w:r>
    <w:r w:rsidRPr="000B7244">
      <w:rPr>
        <w:rFonts w:asciiTheme="minorHAnsi" w:hAnsiTheme="minorHAnsi" w:cstheme="majorHAnsi"/>
        <w:b/>
        <w:bCs/>
        <w:szCs w:val="21"/>
      </w:rPr>
      <w:fldChar w:fldCharType="begin"/>
    </w:r>
    <w:r w:rsidRPr="000B7244">
      <w:rPr>
        <w:rFonts w:asciiTheme="minorHAnsi" w:hAnsiTheme="minorHAnsi" w:cstheme="majorHAnsi"/>
        <w:b/>
        <w:bCs/>
        <w:szCs w:val="21"/>
      </w:rPr>
      <w:instrText>PAGE</w:instrText>
    </w:r>
    <w:r w:rsidRPr="000B7244">
      <w:rPr>
        <w:rFonts w:asciiTheme="minorHAnsi" w:hAnsiTheme="minorHAnsi" w:cstheme="majorHAnsi"/>
        <w:b/>
        <w:bCs/>
        <w:szCs w:val="21"/>
      </w:rPr>
      <w:fldChar w:fldCharType="separate"/>
    </w:r>
    <w:r w:rsidRPr="000B7244">
      <w:rPr>
        <w:rFonts w:asciiTheme="minorHAnsi" w:hAnsiTheme="minorHAnsi" w:cstheme="majorHAnsi"/>
        <w:b/>
        <w:bCs/>
        <w:noProof/>
        <w:szCs w:val="21"/>
      </w:rPr>
      <w:t>1</w:t>
    </w:r>
    <w:r w:rsidRPr="000B7244">
      <w:rPr>
        <w:rFonts w:asciiTheme="minorHAnsi" w:hAnsiTheme="minorHAnsi" w:cstheme="majorHAnsi"/>
        <w:b/>
        <w:bCs/>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8F38" w14:textId="77777777" w:rsidR="000B7244" w:rsidRDefault="000B7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0B4D7" w14:textId="77777777" w:rsidR="002F67C9" w:rsidRDefault="002F67C9">
      <w:pPr>
        <w:spacing w:after="0" w:line="240" w:lineRule="auto"/>
      </w:pPr>
      <w:r>
        <w:separator/>
      </w:r>
    </w:p>
  </w:footnote>
  <w:footnote w:type="continuationSeparator" w:id="0">
    <w:p w14:paraId="5FDDA732" w14:textId="77777777" w:rsidR="002F67C9" w:rsidRDefault="002F6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5A74" w14:textId="77777777" w:rsidR="000B7244" w:rsidRDefault="000B7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633F4" w14:textId="4E6A54C3" w:rsidR="00D83E5D" w:rsidRPr="000B7244" w:rsidRDefault="00836F52">
    <w:pPr>
      <w:pStyle w:val="Header"/>
      <w:pBdr>
        <w:bottom w:val="single" w:sz="12" w:space="1" w:color="auto"/>
      </w:pBdr>
      <w:jc w:val="center"/>
      <w:rPr>
        <w:rFonts w:asciiTheme="minorHAnsi" w:hAnsiTheme="minorHAnsi" w:cstheme="majorHAnsi"/>
        <w:b/>
        <w:color w:val="14375A"/>
        <w:sz w:val="22"/>
      </w:rPr>
    </w:pPr>
    <w:r w:rsidRPr="000B7244">
      <w:rPr>
        <w:rFonts w:asciiTheme="minorHAnsi" w:hAnsiTheme="minorHAnsi" w:cstheme="majorHAnsi"/>
        <w:b/>
        <w:noProof/>
        <w:color w:val="14375A"/>
        <w:sz w:val="22"/>
      </w:rPr>
      <w:drawing>
        <wp:anchor distT="0" distB="0" distL="114300" distR="114300" simplePos="0" relativeHeight="251663872" behindDoc="0" locked="0" layoutInCell="1" allowOverlap="1" wp14:anchorId="711D624B" wp14:editId="09682309">
          <wp:simplePos x="0" y="0"/>
          <wp:positionH relativeFrom="column">
            <wp:posOffset>22860</wp:posOffset>
          </wp:positionH>
          <wp:positionV relativeFrom="paragraph">
            <wp:posOffset>-30480</wp:posOffset>
          </wp:positionV>
          <wp:extent cx="720000" cy="624828"/>
          <wp:effectExtent l="0" t="0" r="4445" b="4445"/>
          <wp:wrapThrough wrapText="bothSides">
            <wp:wrapPolygon edited="0">
              <wp:start x="0" y="0"/>
              <wp:lineTo x="0" y="21095"/>
              <wp:lineTo x="21162" y="21095"/>
              <wp:lineTo x="21162" y="0"/>
              <wp:lineTo x="0" y="0"/>
            </wp:wrapPolygon>
          </wp:wrapThrough>
          <wp:docPr id="1202285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85867" name="Picture 1202285867"/>
                  <pic:cNvPicPr/>
                </pic:nvPicPr>
                <pic:blipFill>
                  <a:blip r:embed="rId1"/>
                  <a:stretch>
                    <a:fillRect/>
                  </a:stretch>
                </pic:blipFill>
                <pic:spPr>
                  <a:xfrm>
                    <a:off x="0" y="0"/>
                    <a:ext cx="720000" cy="624828"/>
                  </a:xfrm>
                  <a:prstGeom prst="rect">
                    <a:avLst/>
                  </a:prstGeom>
                </pic:spPr>
              </pic:pic>
            </a:graphicData>
          </a:graphic>
        </wp:anchor>
      </w:drawing>
    </w:r>
    <w:r w:rsidR="006B42D8" w:rsidRPr="000B7244">
      <w:rPr>
        <w:rFonts w:asciiTheme="minorHAnsi" w:hAnsiTheme="minorHAnsi" w:cstheme="majorHAnsi"/>
        <w:b/>
        <w:color w:val="14375A"/>
        <w:sz w:val="44"/>
      </w:rPr>
      <w:t>JERA</w:t>
    </w:r>
    <w:r w:rsidR="006B42D8" w:rsidRPr="000B7244">
      <w:rPr>
        <w:rFonts w:asciiTheme="minorHAnsi" w:hAnsiTheme="minorHAnsi" w:cstheme="majorHAnsi"/>
        <w:b/>
        <w:color w:val="14375A"/>
        <w:sz w:val="44"/>
      </w:rPr>
      <w:br/>
    </w:r>
    <w:r w:rsidR="006B42D8" w:rsidRPr="000B7244">
      <w:rPr>
        <w:rFonts w:asciiTheme="minorHAnsi" w:hAnsiTheme="minorHAnsi" w:cstheme="majorHAnsi"/>
        <w:b/>
        <w:sz w:val="24"/>
        <w:szCs w:val="32"/>
      </w:rPr>
      <w:t>JOURNAL OF ENGINEERING RESEARCH AND APPLICATION</w:t>
    </w:r>
    <w:r w:rsidR="006B42D8" w:rsidRPr="000B7244">
      <w:rPr>
        <w:rFonts w:asciiTheme="minorHAnsi" w:hAnsiTheme="minorHAnsi" w:cstheme="majorHAnsi"/>
        <w:b/>
        <w:sz w:val="18"/>
      </w:rPr>
      <w:br/>
    </w:r>
    <w:r w:rsidR="006B42D8" w:rsidRPr="000B7244">
      <w:rPr>
        <w:rFonts w:asciiTheme="minorHAnsi" w:hAnsiTheme="minorHAnsi" w:cstheme="majorHAnsi"/>
        <w:sz w:val="20"/>
        <w:szCs w:val="28"/>
      </w:rPr>
      <w:t>E-ISSN: 2583-3987</w:t>
    </w:r>
  </w:p>
  <w:p w14:paraId="552D6030" w14:textId="77777777" w:rsidR="00836F52" w:rsidRDefault="00836F5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9501" w14:textId="77777777" w:rsidR="000B7244" w:rsidRDefault="000B7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7394630">
    <w:abstractNumId w:val="8"/>
  </w:num>
  <w:num w:numId="2" w16cid:durableId="667177990">
    <w:abstractNumId w:val="6"/>
  </w:num>
  <w:num w:numId="3" w16cid:durableId="1799638751">
    <w:abstractNumId w:val="5"/>
  </w:num>
  <w:num w:numId="4" w16cid:durableId="256716212">
    <w:abstractNumId w:val="4"/>
  </w:num>
  <w:num w:numId="5" w16cid:durableId="264577054">
    <w:abstractNumId w:val="7"/>
  </w:num>
  <w:num w:numId="6" w16cid:durableId="1146125343">
    <w:abstractNumId w:val="3"/>
  </w:num>
  <w:num w:numId="7" w16cid:durableId="1145777995">
    <w:abstractNumId w:val="2"/>
  </w:num>
  <w:num w:numId="8" w16cid:durableId="1319462233">
    <w:abstractNumId w:val="1"/>
  </w:num>
  <w:num w:numId="9" w16cid:durableId="1921983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6C2"/>
    <w:rsid w:val="0006063C"/>
    <w:rsid w:val="000B7244"/>
    <w:rsid w:val="0015074B"/>
    <w:rsid w:val="00171866"/>
    <w:rsid w:val="0029639D"/>
    <w:rsid w:val="002D24AE"/>
    <w:rsid w:val="002D6DD1"/>
    <w:rsid w:val="002F67C9"/>
    <w:rsid w:val="00326F90"/>
    <w:rsid w:val="00475EE0"/>
    <w:rsid w:val="00635DDD"/>
    <w:rsid w:val="006B42D8"/>
    <w:rsid w:val="007C5EA6"/>
    <w:rsid w:val="008038A1"/>
    <w:rsid w:val="00836F52"/>
    <w:rsid w:val="008775D7"/>
    <w:rsid w:val="00A014D2"/>
    <w:rsid w:val="00AA1D8D"/>
    <w:rsid w:val="00AB3091"/>
    <w:rsid w:val="00B47730"/>
    <w:rsid w:val="00BF7415"/>
    <w:rsid w:val="00C5328F"/>
    <w:rsid w:val="00CA78ED"/>
    <w:rsid w:val="00CB0664"/>
    <w:rsid w:val="00D6411A"/>
    <w:rsid w:val="00D83E5D"/>
    <w:rsid w:val="00DE4FFB"/>
    <w:rsid w:val="00E33BDC"/>
    <w:rsid w:val="00F3597A"/>
    <w:rsid w:val="00F47B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274152"/>
  <w14:defaultImageDpi w14:val="300"/>
  <w15:docId w15:val="{693DD8C4-1230-478A-9902-E6B92BB66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1696</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Abhishek Paswan</cp:lastModifiedBy>
  <cp:revision>10</cp:revision>
  <dcterms:created xsi:type="dcterms:W3CDTF">2013-12-23T23:15:00Z</dcterms:created>
  <dcterms:modified xsi:type="dcterms:W3CDTF">2026-09-15T05:00:00Z</dcterms:modified>
  <cp:category/>
</cp:coreProperties>
</file>