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FB3D37" w14:textId="405BAF09" w:rsidR="009E151C" w:rsidRPr="0053353D" w:rsidRDefault="00000000" w:rsidP="00A86993">
      <w:pPr>
        <w:jc w:val="center"/>
        <w:rPr>
          <w:rFonts w:asciiTheme="majorHAnsi" w:hAnsiTheme="majorHAnsi" w:cstheme="majorHAnsi"/>
          <w:sz w:val="18"/>
          <w:szCs w:val="20"/>
        </w:rPr>
      </w:pPr>
      <w:r w:rsidRPr="0053353D">
        <w:rPr>
          <w:rFonts w:asciiTheme="majorHAnsi" w:hAnsiTheme="majorHAnsi" w:cstheme="majorHAnsi"/>
          <w:b/>
          <w:color w:val="14375A"/>
          <w:sz w:val="28"/>
          <w:szCs w:val="20"/>
        </w:rPr>
        <w:t>CC BY 4.0 AUTHOR LICENCE AGREEMENT</w:t>
      </w:r>
    </w:p>
    <w:tbl>
      <w:tblPr>
        <w:tblStyle w:val="TableGrid"/>
        <w:tblW w:w="0" w:type="auto"/>
        <w:jc w:val="center"/>
        <w:tblLook w:val="04A0" w:firstRow="1" w:lastRow="0" w:firstColumn="1" w:lastColumn="0" w:noHBand="0" w:noVBand="1"/>
      </w:tblPr>
      <w:tblGrid>
        <w:gridCol w:w="5040"/>
        <w:gridCol w:w="5040"/>
      </w:tblGrid>
      <w:tr w:rsidR="009E151C" w:rsidRPr="0053353D" w14:paraId="09533A93" w14:textId="77777777">
        <w:trPr>
          <w:jc w:val="center"/>
        </w:trPr>
        <w:tc>
          <w:tcPr>
            <w:tcW w:w="5040" w:type="dxa"/>
          </w:tcPr>
          <w:p w14:paraId="2468471E" w14:textId="77777777" w:rsidR="009E151C" w:rsidRPr="0053353D" w:rsidRDefault="00000000" w:rsidP="00EA3FEC">
            <w:pPr>
              <w:spacing w:line="276" w:lineRule="auto"/>
              <w:rPr>
                <w:rFonts w:asciiTheme="majorHAnsi" w:hAnsiTheme="majorHAnsi" w:cstheme="majorHAnsi"/>
              </w:rPr>
            </w:pPr>
            <w:r w:rsidRPr="0053353D">
              <w:rPr>
                <w:rFonts w:asciiTheme="majorHAnsi" w:hAnsiTheme="majorHAnsi" w:cstheme="majorHAnsi"/>
                <w:b/>
              </w:rPr>
              <w:t>Manuscript / Article Title</w:t>
            </w:r>
          </w:p>
        </w:tc>
        <w:tc>
          <w:tcPr>
            <w:tcW w:w="5040" w:type="dxa"/>
          </w:tcPr>
          <w:p w14:paraId="4F7CFF19" w14:textId="77777777" w:rsidR="009E151C" w:rsidRPr="0053353D" w:rsidRDefault="00000000" w:rsidP="00EA3FEC">
            <w:pPr>
              <w:spacing w:line="276" w:lineRule="auto"/>
              <w:rPr>
                <w:rFonts w:asciiTheme="majorHAnsi" w:hAnsiTheme="majorHAnsi" w:cstheme="majorHAnsi"/>
              </w:rPr>
            </w:pPr>
            <w:r w:rsidRPr="0053353D">
              <w:rPr>
                <w:rFonts w:asciiTheme="majorHAnsi" w:hAnsiTheme="majorHAnsi" w:cstheme="majorHAnsi"/>
              </w:rPr>
              <w:t>[Full title of the accepted manuscript]</w:t>
            </w:r>
          </w:p>
        </w:tc>
      </w:tr>
      <w:tr w:rsidR="009E151C" w:rsidRPr="0053353D" w14:paraId="3FCA1F83" w14:textId="77777777">
        <w:trPr>
          <w:jc w:val="center"/>
        </w:trPr>
        <w:tc>
          <w:tcPr>
            <w:tcW w:w="5040" w:type="dxa"/>
          </w:tcPr>
          <w:p w14:paraId="569509BA" w14:textId="77777777" w:rsidR="009E151C" w:rsidRPr="0053353D" w:rsidRDefault="00000000" w:rsidP="00EA3FEC">
            <w:pPr>
              <w:spacing w:line="276" w:lineRule="auto"/>
              <w:rPr>
                <w:rFonts w:asciiTheme="majorHAnsi" w:hAnsiTheme="majorHAnsi" w:cstheme="majorHAnsi"/>
              </w:rPr>
            </w:pPr>
            <w:r w:rsidRPr="0053353D">
              <w:rPr>
                <w:rFonts w:asciiTheme="majorHAnsi" w:hAnsiTheme="majorHAnsi" w:cstheme="majorHAnsi"/>
                <w:b/>
              </w:rPr>
              <w:t>Article Type</w:t>
            </w:r>
          </w:p>
        </w:tc>
        <w:tc>
          <w:tcPr>
            <w:tcW w:w="5040" w:type="dxa"/>
          </w:tcPr>
          <w:p w14:paraId="2EA30A2D" w14:textId="77777777" w:rsidR="009E151C" w:rsidRPr="0053353D" w:rsidRDefault="00000000" w:rsidP="00EA3FEC">
            <w:pPr>
              <w:spacing w:line="276" w:lineRule="auto"/>
              <w:rPr>
                <w:rFonts w:asciiTheme="majorHAnsi" w:hAnsiTheme="majorHAnsi" w:cstheme="majorHAnsi"/>
              </w:rPr>
            </w:pPr>
            <w:r w:rsidRPr="0053353D">
              <w:rPr>
                <w:rFonts w:asciiTheme="majorHAnsi" w:hAnsiTheme="majorHAnsi" w:cstheme="majorHAnsi"/>
              </w:rPr>
              <w:t>[Research Article / Review Article / Case Study / etc.]</w:t>
            </w:r>
          </w:p>
        </w:tc>
      </w:tr>
      <w:tr w:rsidR="009E151C" w:rsidRPr="0053353D" w14:paraId="3206565B" w14:textId="77777777">
        <w:trPr>
          <w:jc w:val="center"/>
        </w:trPr>
        <w:tc>
          <w:tcPr>
            <w:tcW w:w="5040" w:type="dxa"/>
          </w:tcPr>
          <w:p w14:paraId="4827C326" w14:textId="77777777" w:rsidR="009E151C" w:rsidRPr="0053353D" w:rsidRDefault="00000000" w:rsidP="00EA3FEC">
            <w:pPr>
              <w:spacing w:line="276" w:lineRule="auto"/>
              <w:rPr>
                <w:rFonts w:asciiTheme="majorHAnsi" w:hAnsiTheme="majorHAnsi" w:cstheme="majorHAnsi"/>
              </w:rPr>
            </w:pPr>
            <w:r w:rsidRPr="0053353D">
              <w:rPr>
                <w:rFonts w:asciiTheme="majorHAnsi" w:hAnsiTheme="majorHAnsi" w:cstheme="majorHAnsi"/>
                <w:b/>
              </w:rPr>
              <w:t>Author(s)</w:t>
            </w:r>
          </w:p>
        </w:tc>
        <w:tc>
          <w:tcPr>
            <w:tcW w:w="5040" w:type="dxa"/>
          </w:tcPr>
          <w:p w14:paraId="38766B7C" w14:textId="77777777" w:rsidR="009E151C" w:rsidRPr="0053353D" w:rsidRDefault="00000000" w:rsidP="00EA3FEC">
            <w:pPr>
              <w:spacing w:line="276" w:lineRule="auto"/>
              <w:rPr>
                <w:rFonts w:asciiTheme="majorHAnsi" w:hAnsiTheme="majorHAnsi" w:cstheme="majorHAnsi"/>
              </w:rPr>
            </w:pPr>
            <w:r w:rsidRPr="0053353D">
              <w:rPr>
                <w:rFonts w:asciiTheme="majorHAnsi" w:hAnsiTheme="majorHAnsi" w:cstheme="majorHAnsi"/>
              </w:rPr>
              <w:t>[Full names of all authors]</w:t>
            </w:r>
          </w:p>
        </w:tc>
      </w:tr>
      <w:tr w:rsidR="009E151C" w:rsidRPr="0053353D" w14:paraId="07EE7FF3" w14:textId="77777777">
        <w:trPr>
          <w:jc w:val="center"/>
        </w:trPr>
        <w:tc>
          <w:tcPr>
            <w:tcW w:w="5040" w:type="dxa"/>
          </w:tcPr>
          <w:p w14:paraId="382BA086" w14:textId="77777777" w:rsidR="009E151C" w:rsidRPr="0053353D" w:rsidRDefault="00000000" w:rsidP="00EA3FEC">
            <w:pPr>
              <w:spacing w:line="276" w:lineRule="auto"/>
              <w:rPr>
                <w:rFonts w:asciiTheme="majorHAnsi" w:hAnsiTheme="majorHAnsi" w:cstheme="majorHAnsi"/>
              </w:rPr>
            </w:pPr>
            <w:r w:rsidRPr="0053353D">
              <w:rPr>
                <w:rFonts w:asciiTheme="majorHAnsi" w:hAnsiTheme="majorHAnsi" w:cstheme="majorHAnsi"/>
                <w:b/>
              </w:rPr>
              <w:t>Corresponding Author</w:t>
            </w:r>
          </w:p>
        </w:tc>
        <w:tc>
          <w:tcPr>
            <w:tcW w:w="5040" w:type="dxa"/>
          </w:tcPr>
          <w:p w14:paraId="7CBA08BF" w14:textId="77777777" w:rsidR="009E151C" w:rsidRPr="0053353D" w:rsidRDefault="00000000" w:rsidP="00EA3FEC">
            <w:pPr>
              <w:spacing w:line="276" w:lineRule="auto"/>
              <w:rPr>
                <w:rFonts w:asciiTheme="majorHAnsi" w:hAnsiTheme="majorHAnsi" w:cstheme="majorHAnsi"/>
              </w:rPr>
            </w:pPr>
            <w:r w:rsidRPr="0053353D">
              <w:rPr>
                <w:rFonts w:asciiTheme="majorHAnsi" w:hAnsiTheme="majorHAnsi" w:cstheme="majorHAnsi"/>
              </w:rPr>
              <w:t>[Full name]</w:t>
            </w:r>
          </w:p>
        </w:tc>
      </w:tr>
      <w:tr w:rsidR="009E151C" w:rsidRPr="0053353D" w14:paraId="4B174EC2" w14:textId="77777777">
        <w:trPr>
          <w:jc w:val="center"/>
        </w:trPr>
        <w:tc>
          <w:tcPr>
            <w:tcW w:w="5040" w:type="dxa"/>
          </w:tcPr>
          <w:p w14:paraId="63AF4ACB" w14:textId="77777777" w:rsidR="009E151C" w:rsidRPr="0053353D" w:rsidRDefault="00000000" w:rsidP="00EA3FEC">
            <w:pPr>
              <w:spacing w:line="276" w:lineRule="auto"/>
              <w:rPr>
                <w:rFonts w:asciiTheme="majorHAnsi" w:hAnsiTheme="majorHAnsi" w:cstheme="majorHAnsi"/>
              </w:rPr>
            </w:pPr>
            <w:r w:rsidRPr="0053353D">
              <w:rPr>
                <w:rFonts w:asciiTheme="majorHAnsi" w:hAnsiTheme="majorHAnsi" w:cstheme="majorHAnsi"/>
                <w:b/>
              </w:rPr>
              <w:t>Corresponding Author Email</w:t>
            </w:r>
          </w:p>
        </w:tc>
        <w:tc>
          <w:tcPr>
            <w:tcW w:w="5040" w:type="dxa"/>
          </w:tcPr>
          <w:p w14:paraId="56D52C74" w14:textId="77777777" w:rsidR="009E151C" w:rsidRPr="0053353D" w:rsidRDefault="00000000" w:rsidP="00EA3FEC">
            <w:pPr>
              <w:spacing w:line="276" w:lineRule="auto"/>
              <w:rPr>
                <w:rFonts w:asciiTheme="majorHAnsi" w:hAnsiTheme="majorHAnsi" w:cstheme="majorHAnsi"/>
              </w:rPr>
            </w:pPr>
            <w:r w:rsidRPr="0053353D">
              <w:rPr>
                <w:rFonts w:asciiTheme="majorHAnsi" w:hAnsiTheme="majorHAnsi" w:cstheme="majorHAnsi"/>
              </w:rPr>
              <w:t>[Institutional email]</w:t>
            </w:r>
          </w:p>
        </w:tc>
      </w:tr>
      <w:tr w:rsidR="009E151C" w:rsidRPr="0053353D" w14:paraId="43DDA925" w14:textId="77777777">
        <w:trPr>
          <w:jc w:val="center"/>
        </w:trPr>
        <w:tc>
          <w:tcPr>
            <w:tcW w:w="5040" w:type="dxa"/>
          </w:tcPr>
          <w:p w14:paraId="5835428A" w14:textId="77777777" w:rsidR="009E151C" w:rsidRPr="0053353D" w:rsidRDefault="00000000" w:rsidP="00EA3FEC">
            <w:pPr>
              <w:spacing w:line="276" w:lineRule="auto"/>
              <w:rPr>
                <w:rFonts w:asciiTheme="majorHAnsi" w:hAnsiTheme="majorHAnsi" w:cstheme="majorHAnsi"/>
              </w:rPr>
            </w:pPr>
            <w:r w:rsidRPr="0053353D">
              <w:rPr>
                <w:rFonts w:asciiTheme="majorHAnsi" w:hAnsiTheme="majorHAnsi" w:cstheme="majorHAnsi"/>
                <w:b/>
              </w:rPr>
              <w:t>Date of Agreement</w:t>
            </w:r>
          </w:p>
        </w:tc>
        <w:tc>
          <w:tcPr>
            <w:tcW w:w="5040" w:type="dxa"/>
          </w:tcPr>
          <w:p w14:paraId="0E468EB7" w14:textId="77777777" w:rsidR="009E151C" w:rsidRPr="0053353D" w:rsidRDefault="00000000" w:rsidP="00EA3FEC">
            <w:pPr>
              <w:spacing w:line="276" w:lineRule="auto"/>
              <w:rPr>
                <w:rFonts w:asciiTheme="majorHAnsi" w:hAnsiTheme="majorHAnsi" w:cstheme="majorHAnsi"/>
              </w:rPr>
            </w:pPr>
            <w:r w:rsidRPr="0053353D">
              <w:rPr>
                <w:rFonts w:asciiTheme="majorHAnsi" w:hAnsiTheme="majorHAnsi" w:cstheme="majorHAnsi"/>
              </w:rPr>
              <w:t>[DD Month YYYY]</w:t>
            </w:r>
          </w:p>
        </w:tc>
      </w:tr>
    </w:tbl>
    <w:p w14:paraId="481018CA" w14:textId="77777777" w:rsidR="00A86993" w:rsidRPr="0053353D" w:rsidRDefault="00A86993">
      <w:pPr>
        <w:spacing w:before="180" w:after="60"/>
        <w:rPr>
          <w:rFonts w:asciiTheme="majorHAnsi" w:hAnsiTheme="majorHAnsi" w:cstheme="majorHAnsi"/>
          <w:b/>
          <w:color w:val="14375A"/>
          <w:sz w:val="23"/>
        </w:rPr>
      </w:pPr>
    </w:p>
    <w:p w14:paraId="29AEBFCB" w14:textId="75B551CD" w:rsidR="009E151C" w:rsidRPr="0053353D" w:rsidRDefault="00000000">
      <w:pPr>
        <w:spacing w:before="180" w:after="60"/>
        <w:rPr>
          <w:rFonts w:asciiTheme="majorHAnsi" w:hAnsiTheme="majorHAnsi" w:cstheme="majorHAnsi"/>
        </w:rPr>
      </w:pPr>
      <w:r w:rsidRPr="0053353D">
        <w:rPr>
          <w:rFonts w:asciiTheme="majorHAnsi" w:hAnsiTheme="majorHAnsi" w:cstheme="majorHAnsi"/>
          <w:b/>
          <w:color w:val="14375A"/>
          <w:sz w:val="23"/>
        </w:rPr>
        <w:t xml:space="preserve">1. </w:t>
      </w:r>
      <w:r w:rsidRPr="0053353D">
        <w:rPr>
          <w:rFonts w:asciiTheme="majorHAnsi" w:hAnsiTheme="majorHAnsi" w:cstheme="majorHAnsi"/>
          <w:b/>
          <w:color w:val="14375A"/>
          <w:sz w:val="23"/>
          <w:u w:val="single"/>
        </w:rPr>
        <w:t>Author Confirmation</w:t>
      </w:r>
      <w:r w:rsidR="00A86993" w:rsidRPr="0053353D">
        <w:rPr>
          <w:rFonts w:asciiTheme="majorHAnsi" w:hAnsiTheme="majorHAnsi" w:cstheme="majorHAnsi"/>
          <w:b/>
          <w:color w:val="14375A"/>
          <w:sz w:val="23"/>
          <w:u w:val="single"/>
        </w:rPr>
        <w:t>:</w:t>
      </w:r>
    </w:p>
    <w:p w14:paraId="230FA5CB" w14:textId="2A1D657F" w:rsidR="00A86993" w:rsidRPr="0053353D" w:rsidRDefault="00000000" w:rsidP="00A86993">
      <w:pPr>
        <w:jc w:val="both"/>
        <w:rPr>
          <w:rFonts w:asciiTheme="majorHAnsi" w:hAnsiTheme="majorHAnsi" w:cstheme="majorHAnsi"/>
        </w:rPr>
      </w:pPr>
      <w:r w:rsidRPr="0053353D">
        <w:rPr>
          <w:rFonts w:asciiTheme="majorHAnsi" w:hAnsiTheme="majorHAnsi" w:cstheme="majorHAnsi"/>
        </w:rPr>
        <w:t>Upon acceptance of the manuscript identified above for publication in JERA, the undersigned corresponding author, on behalf of all authors, confirms that the statements and permissions in this agreement are accurate and applicable to the accepted work.</w:t>
      </w:r>
      <w:r w:rsidR="00D448F3" w:rsidRPr="0053353D">
        <w:rPr>
          <w:rFonts w:asciiTheme="majorHAnsi" w:hAnsiTheme="majorHAnsi" w:cstheme="majorHAnsi"/>
        </w:rPr>
        <w:t xml:space="preserve"> </w:t>
      </w:r>
      <w:r w:rsidRPr="0053353D">
        <w:rPr>
          <w:rFonts w:asciiTheme="majorHAnsi" w:hAnsiTheme="majorHAnsi" w:cstheme="majorHAnsi"/>
        </w:rPr>
        <w:t>All individuals who qualify for authorship are appropriately identified as authors, and all listed authors have approved the final version of the manuscript and its publication in JERA.</w:t>
      </w:r>
      <w:r w:rsidR="00D448F3" w:rsidRPr="0053353D">
        <w:rPr>
          <w:rFonts w:asciiTheme="majorHAnsi" w:hAnsiTheme="majorHAnsi" w:cstheme="majorHAnsi"/>
        </w:rPr>
        <w:t xml:space="preserve"> </w:t>
      </w:r>
      <w:r w:rsidRPr="0053353D">
        <w:rPr>
          <w:rFonts w:asciiTheme="majorHAnsi" w:hAnsiTheme="majorHAnsi" w:cstheme="majorHAnsi"/>
        </w:rPr>
        <w:t>The manuscript is original to the authors except for material that is appropriately cited or for which the necessary permission has been obtained.</w:t>
      </w:r>
      <w:r w:rsidR="00D448F3" w:rsidRPr="0053353D">
        <w:rPr>
          <w:rFonts w:asciiTheme="majorHAnsi" w:hAnsiTheme="majorHAnsi" w:cstheme="majorHAnsi"/>
        </w:rPr>
        <w:t xml:space="preserve"> </w:t>
      </w:r>
      <w:r w:rsidRPr="0053353D">
        <w:rPr>
          <w:rFonts w:asciiTheme="majorHAnsi" w:hAnsiTheme="majorHAnsi" w:cstheme="majorHAnsi"/>
        </w:rPr>
        <w:t>The authors have disclosed any material that has been previously published, posted as a preprint, presented at a conference, included in a thesis/dissertation, or otherwise made publicly available where relevant.</w:t>
      </w:r>
      <w:r w:rsidR="00D448F3" w:rsidRPr="0053353D">
        <w:rPr>
          <w:rFonts w:asciiTheme="majorHAnsi" w:hAnsiTheme="majorHAnsi" w:cstheme="majorHAnsi"/>
        </w:rPr>
        <w:t xml:space="preserve"> </w:t>
      </w:r>
      <w:r w:rsidRPr="0053353D">
        <w:rPr>
          <w:rFonts w:asciiTheme="majorHAnsi" w:hAnsiTheme="majorHAnsi" w:cstheme="majorHAnsi"/>
        </w:rPr>
        <w:t>The authors have disclosed relevant funding, competing interests, ethical approvals, permissions, data restrictions, and other declarations required for publication.</w:t>
      </w:r>
    </w:p>
    <w:p w14:paraId="6A4E4207" w14:textId="3745B941" w:rsidR="009E151C" w:rsidRPr="0053353D" w:rsidRDefault="00000000">
      <w:pPr>
        <w:spacing w:before="180" w:after="60"/>
        <w:rPr>
          <w:rFonts w:asciiTheme="majorHAnsi" w:hAnsiTheme="majorHAnsi" w:cstheme="majorHAnsi"/>
        </w:rPr>
      </w:pPr>
      <w:r w:rsidRPr="0053353D">
        <w:rPr>
          <w:rFonts w:asciiTheme="majorHAnsi" w:hAnsiTheme="majorHAnsi" w:cstheme="majorHAnsi"/>
          <w:b/>
          <w:color w:val="14375A"/>
          <w:sz w:val="23"/>
        </w:rPr>
        <w:t xml:space="preserve">2. </w:t>
      </w:r>
      <w:r w:rsidRPr="0053353D">
        <w:rPr>
          <w:rFonts w:asciiTheme="majorHAnsi" w:hAnsiTheme="majorHAnsi" w:cstheme="majorHAnsi"/>
          <w:b/>
          <w:color w:val="14375A"/>
          <w:sz w:val="23"/>
          <w:u w:val="single"/>
        </w:rPr>
        <w:t xml:space="preserve">Copyright and </w:t>
      </w:r>
      <w:proofErr w:type="spellStart"/>
      <w:r w:rsidRPr="0053353D">
        <w:rPr>
          <w:rFonts w:asciiTheme="majorHAnsi" w:hAnsiTheme="majorHAnsi" w:cstheme="majorHAnsi"/>
          <w:b/>
          <w:color w:val="14375A"/>
          <w:sz w:val="23"/>
          <w:u w:val="single"/>
        </w:rPr>
        <w:t>Licence</w:t>
      </w:r>
      <w:proofErr w:type="spellEnd"/>
      <w:r w:rsidRPr="0053353D">
        <w:rPr>
          <w:rFonts w:asciiTheme="majorHAnsi" w:hAnsiTheme="majorHAnsi" w:cstheme="majorHAnsi"/>
          <w:b/>
          <w:color w:val="14375A"/>
          <w:sz w:val="23"/>
          <w:u w:val="single"/>
        </w:rPr>
        <w:t xml:space="preserve"> Model</w:t>
      </w:r>
      <w:r w:rsidR="00A86993" w:rsidRPr="0053353D">
        <w:rPr>
          <w:rFonts w:asciiTheme="majorHAnsi" w:hAnsiTheme="majorHAnsi" w:cstheme="majorHAnsi"/>
          <w:b/>
          <w:color w:val="14375A"/>
          <w:sz w:val="23"/>
          <w:u w:val="single"/>
        </w:rPr>
        <w:t>:</w:t>
      </w:r>
    </w:p>
    <w:p w14:paraId="108FBF94" w14:textId="44CB7FCB" w:rsidR="00A86993" w:rsidRPr="0053353D" w:rsidRDefault="00000000" w:rsidP="00A86993">
      <w:pPr>
        <w:jc w:val="both"/>
        <w:rPr>
          <w:rFonts w:asciiTheme="majorHAnsi" w:hAnsiTheme="majorHAnsi" w:cstheme="majorHAnsi"/>
        </w:rPr>
      </w:pPr>
      <w:r w:rsidRPr="0053353D">
        <w:rPr>
          <w:rFonts w:asciiTheme="majorHAnsi" w:hAnsiTheme="majorHAnsi" w:cstheme="majorHAnsi"/>
        </w:rPr>
        <w:t>JERA publishes accepted articles under the Creative Commons Attribution 4.0 International Licence (CC BY 4.0), subject to the journal's applicable publication and copyright policies.</w:t>
      </w:r>
      <w:r w:rsidR="00D448F3" w:rsidRPr="0053353D">
        <w:rPr>
          <w:rFonts w:asciiTheme="majorHAnsi" w:hAnsiTheme="majorHAnsi" w:cstheme="majorHAnsi"/>
        </w:rPr>
        <w:t xml:space="preserve"> </w:t>
      </w:r>
      <w:r w:rsidRPr="0053353D">
        <w:rPr>
          <w:rFonts w:asciiTheme="majorHAnsi" w:hAnsiTheme="majorHAnsi" w:cstheme="majorHAnsi"/>
        </w:rPr>
        <w:t>The authors retain copyright in the article. By signing this agreement, the authors grant JERA a non-exclusive, worldwide, irrevocable, royalty-free licence to publish, reproduce, communicate, distribute, publicly display, make available online, archive, index, preserve, and otherwise use the article as part of the scholarly record, including permitting repositories and indexing platforms to host, preserve, index, and disseminate the article.</w:t>
      </w:r>
      <w:r w:rsidR="00D448F3" w:rsidRPr="0053353D">
        <w:rPr>
          <w:rFonts w:asciiTheme="majorHAnsi" w:hAnsiTheme="majorHAnsi" w:cstheme="majorHAnsi"/>
        </w:rPr>
        <w:t xml:space="preserve"> </w:t>
      </w:r>
      <w:r w:rsidRPr="0053353D">
        <w:rPr>
          <w:rFonts w:asciiTheme="majorHAnsi" w:hAnsiTheme="majorHAnsi" w:cstheme="majorHAnsi"/>
        </w:rPr>
        <w:t xml:space="preserve">The </w:t>
      </w:r>
      <w:proofErr w:type="spellStart"/>
      <w:r w:rsidRPr="0053353D">
        <w:rPr>
          <w:rFonts w:asciiTheme="majorHAnsi" w:hAnsiTheme="majorHAnsi" w:cstheme="majorHAnsi"/>
        </w:rPr>
        <w:t>licence</w:t>
      </w:r>
      <w:proofErr w:type="spellEnd"/>
      <w:r w:rsidRPr="0053353D">
        <w:rPr>
          <w:rFonts w:asciiTheme="majorHAnsi" w:hAnsiTheme="majorHAnsi" w:cstheme="majorHAnsi"/>
        </w:rPr>
        <w:t xml:space="preserve"> granted to JERA does not prevent the authors from exercising the rights available under CC BY 4.0. Third-party reuse is governed by the CC BY 4.0 terms and any separate rights applying to excluded third-party material.</w:t>
      </w:r>
    </w:p>
    <w:p w14:paraId="2BDF0BA3" w14:textId="08E0D346" w:rsidR="009E151C" w:rsidRPr="0053353D" w:rsidRDefault="00000000">
      <w:pPr>
        <w:spacing w:before="180" w:after="60"/>
        <w:rPr>
          <w:rFonts w:asciiTheme="majorHAnsi" w:hAnsiTheme="majorHAnsi" w:cstheme="majorHAnsi"/>
        </w:rPr>
      </w:pPr>
      <w:r w:rsidRPr="0053353D">
        <w:rPr>
          <w:rFonts w:asciiTheme="majorHAnsi" w:hAnsiTheme="majorHAnsi" w:cstheme="majorHAnsi"/>
          <w:b/>
          <w:color w:val="14375A"/>
          <w:sz w:val="23"/>
        </w:rPr>
        <w:t>3. Author Rights Under CC BY 4.0</w:t>
      </w:r>
      <w:r w:rsidR="00A86993" w:rsidRPr="0053353D">
        <w:rPr>
          <w:rFonts w:asciiTheme="majorHAnsi" w:hAnsiTheme="majorHAnsi" w:cstheme="majorHAnsi"/>
          <w:b/>
          <w:color w:val="14375A"/>
          <w:sz w:val="23"/>
        </w:rPr>
        <w:t>:</w:t>
      </w:r>
    </w:p>
    <w:p w14:paraId="7946E8FA" w14:textId="48B83693" w:rsidR="00A86993" w:rsidRPr="0053353D" w:rsidRDefault="00000000" w:rsidP="00A86993">
      <w:pPr>
        <w:jc w:val="both"/>
        <w:rPr>
          <w:rFonts w:asciiTheme="majorHAnsi" w:hAnsiTheme="majorHAnsi" w:cstheme="majorHAnsi"/>
        </w:rPr>
      </w:pPr>
      <w:r w:rsidRPr="0053353D">
        <w:rPr>
          <w:rFonts w:asciiTheme="majorHAnsi" w:hAnsiTheme="majorHAnsi" w:cstheme="majorHAnsi"/>
        </w:rPr>
        <w:t xml:space="preserve">The authors may share, copy, redistribute, adapt, transform, and build upon the licensed article, including for commercial purposes, subject to CC BY 4.0 and any rights in third-party material that are not covered by the article's </w:t>
      </w:r>
      <w:proofErr w:type="spellStart"/>
      <w:r w:rsidRPr="0053353D">
        <w:rPr>
          <w:rFonts w:asciiTheme="majorHAnsi" w:hAnsiTheme="majorHAnsi" w:cstheme="majorHAnsi"/>
        </w:rPr>
        <w:t>licence</w:t>
      </w:r>
      <w:proofErr w:type="spellEnd"/>
      <w:r w:rsidRPr="0053353D">
        <w:rPr>
          <w:rFonts w:asciiTheme="majorHAnsi" w:hAnsiTheme="majorHAnsi" w:cstheme="majorHAnsi"/>
        </w:rPr>
        <w:t>.</w:t>
      </w:r>
      <w:r w:rsidR="00D448F3" w:rsidRPr="0053353D">
        <w:rPr>
          <w:rFonts w:asciiTheme="majorHAnsi" w:hAnsiTheme="majorHAnsi" w:cstheme="majorHAnsi"/>
        </w:rPr>
        <w:t xml:space="preserve"> </w:t>
      </w:r>
      <w:r w:rsidRPr="0053353D">
        <w:rPr>
          <w:rFonts w:asciiTheme="majorHAnsi" w:hAnsiTheme="majorHAnsi" w:cstheme="majorHAnsi"/>
        </w:rPr>
        <w:t>Reuse should provide appropriate attribution, include a reference or link to the applicable licence, and indicate whether changes were made, as required by CC BY 4.0.</w:t>
      </w:r>
    </w:p>
    <w:p w14:paraId="652B9148" w14:textId="77777777" w:rsidR="009E151C" w:rsidRPr="0053353D" w:rsidRDefault="00000000">
      <w:pPr>
        <w:spacing w:before="180" w:after="60"/>
        <w:rPr>
          <w:rFonts w:asciiTheme="majorHAnsi" w:hAnsiTheme="majorHAnsi" w:cstheme="majorHAnsi"/>
        </w:rPr>
      </w:pPr>
      <w:r w:rsidRPr="0053353D">
        <w:rPr>
          <w:rFonts w:asciiTheme="majorHAnsi" w:hAnsiTheme="majorHAnsi" w:cstheme="majorHAnsi"/>
          <w:b/>
          <w:color w:val="14375A"/>
          <w:sz w:val="23"/>
        </w:rPr>
        <w:t>4. Third-Party Material</w:t>
      </w:r>
    </w:p>
    <w:p w14:paraId="3F148319" w14:textId="3EDCCDF6" w:rsidR="009E151C" w:rsidRPr="0053353D" w:rsidRDefault="00000000" w:rsidP="00A86993">
      <w:pPr>
        <w:jc w:val="both"/>
        <w:rPr>
          <w:rFonts w:asciiTheme="majorHAnsi" w:hAnsiTheme="majorHAnsi" w:cstheme="majorHAnsi"/>
        </w:rPr>
      </w:pPr>
      <w:r w:rsidRPr="0053353D">
        <w:rPr>
          <w:rFonts w:asciiTheme="majorHAnsi" w:hAnsiTheme="majorHAnsi" w:cstheme="majorHAnsi"/>
        </w:rPr>
        <w:t>The authors are responsible for identifying material within the article that is not owned by the authors or not covered by CC BY 4.0, including third-party figures, photographs, tables, datasets, maps, or other content where applicable.</w:t>
      </w:r>
      <w:r w:rsidR="00D448F3" w:rsidRPr="0053353D">
        <w:rPr>
          <w:rFonts w:asciiTheme="majorHAnsi" w:hAnsiTheme="majorHAnsi" w:cstheme="majorHAnsi"/>
        </w:rPr>
        <w:t xml:space="preserve"> </w:t>
      </w:r>
      <w:r w:rsidRPr="0053353D">
        <w:rPr>
          <w:rFonts w:asciiTheme="majorHAnsi" w:hAnsiTheme="majorHAnsi" w:cstheme="majorHAnsi"/>
        </w:rPr>
        <w:t xml:space="preserve">Where permission is required, the authors confirm that the necessary permission has been obtained and that required credit lines or licence restrictions are included. Material subject to a different licence or permission restriction remains subject to that separate </w:t>
      </w:r>
      <w:proofErr w:type="spellStart"/>
      <w:r w:rsidRPr="0053353D">
        <w:rPr>
          <w:rFonts w:asciiTheme="majorHAnsi" w:hAnsiTheme="majorHAnsi" w:cstheme="majorHAnsi"/>
        </w:rPr>
        <w:t>licence</w:t>
      </w:r>
      <w:proofErr w:type="spellEnd"/>
      <w:r w:rsidRPr="0053353D">
        <w:rPr>
          <w:rFonts w:asciiTheme="majorHAnsi" w:hAnsiTheme="majorHAnsi" w:cstheme="majorHAnsi"/>
        </w:rPr>
        <w:t xml:space="preserve"> or restriction.</w:t>
      </w:r>
    </w:p>
    <w:p w14:paraId="18898DA2" w14:textId="77777777" w:rsidR="00A86993" w:rsidRPr="0053353D" w:rsidRDefault="00A86993" w:rsidP="00A86993">
      <w:pPr>
        <w:jc w:val="both"/>
        <w:rPr>
          <w:rFonts w:asciiTheme="majorHAnsi" w:hAnsiTheme="majorHAnsi" w:cstheme="majorHAnsi"/>
        </w:rPr>
      </w:pPr>
    </w:p>
    <w:p w14:paraId="076BB668" w14:textId="77777777" w:rsidR="00D448F3" w:rsidRPr="0053353D" w:rsidRDefault="00D448F3">
      <w:pPr>
        <w:spacing w:before="180" w:after="60"/>
        <w:rPr>
          <w:rFonts w:asciiTheme="majorHAnsi" w:hAnsiTheme="majorHAnsi" w:cstheme="majorHAnsi"/>
          <w:b/>
          <w:color w:val="14375A"/>
          <w:sz w:val="23"/>
        </w:rPr>
      </w:pPr>
    </w:p>
    <w:p w14:paraId="10F63E29" w14:textId="5E128456" w:rsidR="009E151C" w:rsidRPr="0053353D" w:rsidRDefault="00000000">
      <w:pPr>
        <w:spacing w:before="180" w:after="60"/>
        <w:rPr>
          <w:rFonts w:asciiTheme="majorHAnsi" w:hAnsiTheme="majorHAnsi" w:cstheme="majorHAnsi"/>
        </w:rPr>
      </w:pPr>
      <w:r w:rsidRPr="0053353D">
        <w:rPr>
          <w:rFonts w:asciiTheme="majorHAnsi" w:hAnsiTheme="majorHAnsi" w:cstheme="majorHAnsi"/>
          <w:b/>
          <w:color w:val="14375A"/>
          <w:sz w:val="23"/>
        </w:rPr>
        <w:t>5. Research Integrity and Author Responsibility</w:t>
      </w:r>
    </w:p>
    <w:p w14:paraId="55CA73FB" w14:textId="4A415B1E" w:rsidR="00A86993" w:rsidRPr="0053353D" w:rsidRDefault="00000000" w:rsidP="00A86993">
      <w:pPr>
        <w:jc w:val="both"/>
        <w:rPr>
          <w:rFonts w:asciiTheme="majorHAnsi" w:hAnsiTheme="majorHAnsi" w:cstheme="majorHAnsi"/>
        </w:rPr>
      </w:pPr>
      <w:r w:rsidRPr="0053353D">
        <w:rPr>
          <w:rFonts w:asciiTheme="majorHAnsi" w:hAnsiTheme="majorHAnsi" w:cstheme="majorHAnsi"/>
        </w:rPr>
        <w:t>The authors confirm that the article complies with applicable research-integrity, ethical, and publication requirements.</w:t>
      </w:r>
      <w:r w:rsidR="00D448F3" w:rsidRPr="0053353D">
        <w:rPr>
          <w:rFonts w:asciiTheme="majorHAnsi" w:hAnsiTheme="majorHAnsi" w:cstheme="majorHAnsi"/>
        </w:rPr>
        <w:t xml:space="preserve"> </w:t>
      </w:r>
      <w:r w:rsidRPr="0053353D">
        <w:rPr>
          <w:rFonts w:asciiTheme="majorHAnsi" w:hAnsiTheme="majorHAnsi" w:cstheme="majorHAnsi"/>
        </w:rPr>
        <w:t>The authors are responsible for the accuracy and integrity of the work and for responding appropriately to questions concerning authorship, data, figures, permissions, conflicts of interest, and other publication matters.</w:t>
      </w:r>
      <w:r w:rsidR="00D448F3" w:rsidRPr="0053353D">
        <w:rPr>
          <w:rFonts w:asciiTheme="majorHAnsi" w:hAnsiTheme="majorHAnsi" w:cstheme="majorHAnsi"/>
        </w:rPr>
        <w:t xml:space="preserve"> </w:t>
      </w:r>
      <w:r w:rsidRPr="0053353D">
        <w:rPr>
          <w:rFonts w:asciiTheme="majorHAnsi" w:hAnsiTheme="majorHAnsi" w:cstheme="majorHAnsi"/>
        </w:rPr>
        <w:t>If a material error is identified after publication, the authors will cooperate with JERA to correct the scholarly record where appropriate.</w:t>
      </w:r>
      <w:r w:rsidR="00D448F3" w:rsidRPr="0053353D">
        <w:rPr>
          <w:rFonts w:asciiTheme="majorHAnsi" w:hAnsiTheme="majorHAnsi" w:cstheme="majorHAnsi"/>
        </w:rPr>
        <w:t xml:space="preserve"> </w:t>
      </w:r>
      <w:r w:rsidRPr="0053353D">
        <w:rPr>
          <w:rFonts w:asciiTheme="majorHAnsi" w:hAnsiTheme="majorHAnsi" w:cstheme="majorHAnsi"/>
        </w:rPr>
        <w:t>Nothing in this agreement is intended to transfer ownership of patents, inventions, trademarks, datasets, software, or other intellectual property separate from copyright in the article, except as expressly stated in a separate agreement.</w:t>
      </w:r>
    </w:p>
    <w:p w14:paraId="16C54AB8" w14:textId="77777777" w:rsidR="009E151C" w:rsidRPr="0053353D" w:rsidRDefault="00000000">
      <w:pPr>
        <w:spacing w:before="180" w:after="60"/>
        <w:rPr>
          <w:rFonts w:asciiTheme="majorHAnsi" w:hAnsiTheme="majorHAnsi" w:cstheme="majorHAnsi"/>
        </w:rPr>
      </w:pPr>
      <w:r w:rsidRPr="0053353D">
        <w:rPr>
          <w:rFonts w:asciiTheme="majorHAnsi" w:hAnsiTheme="majorHAnsi" w:cstheme="majorHAnsi"/>
          <w:b/>
          <w:color w:val="14375A"/>
          <w:sz w:val="23"/>
        </w:rPr>
        <w:t>6. Institutional / Employment Considerations</w:t>
      </w:r>
    </w:p>
    <w:p w14:paraId="46DA5C01" w14:textId="48517599" w:rsidR="00A86993" w:rsidRPr="0053353D" w:rsidRDefault="00000000" w:rsidP="00A86993">
      <w:pPr>
        <w:jc w:val="both"/>
        <w:rPr>
          <w:rFonts w:asciiTheme="majorHAnsi" w:hAnsiTheme="majorHAnsi" w:cstheme="majorHAnsi"/>
        </w:rPr>
      </w:pPr>
      <w:r w:rsidRPr="0053353D">
        <w:rPr>
          <w:rFonts w:asciiTheme="majorHAnsi" w:hAnsiTheme="majorHAnsi" w:cstheme="majorHAnsi"/>
        </w:rPr>
        <w:t>If the article was created as part of employment, institutional research, commissioned work, or another arrangement affecting copyright ownership, the signer confirms that the person(s) signing this agreement are authorized to grant the rights described above or that required institutional approvals have been obtained.</w:t>
      </w:r>
      <w:r w:rsidR="00D448F3" w:rsidRPr="0053353D">
        <w:rPr>
          <w:rFonts w:asciiTheme="majorHAnsi" w:hAnsiTheme="majorHAnsi" w:cstheme="majorHAnsi"/>
        </w:rPr>
        <w:t xml:space="preserve"> </w:t>
      </w:r>
      <w:r w:rsidRPr="0053353D">
        <w:rPr>
          <w:rFonts w:asciiTheme="majorHAnsi" w:hAnsiTheme="majorHAnsi" w:cstheme="majorHAnsi"/>
        </w:rPr>
        <w:t>Where an employer or institution owns copyright or must participate in the licence grant, an authorized representative should complete the signature section or provide applicable institutional authorization.</w:t>
      </w:r>
    </w:p>
    <w:p w14:paraId="53F5209D" w14:textId="77777777" w:rsidR="009E151C" w:rsidRPr="0053353D" w:rsidRDefault="00000000">
      <w:pPr>
        <w:spacing w:before="180" w:after="60"/>
        <w:rPr>
          <w:rFonts w:asciiTheme="majorHAnsi" w:hAnsiTheme="majorHAnsi" w:cstheme="majorHAnsi"/>
        </w:rPr>
      </w:pPr>
      <w:r w:rsidRPr="0053353D">
        <w:rPr>
          <w:rFonts w:asciiTheme="majorHAnsi" w:hAnsiTheme="majorHAnsi" w:cstheme="majorHAnsi"/>
          <w:b/>
          <w:color w:val="14375A"/>
          <w:sz w:val="23"/>
        </w:rPr>
        <w:t>7. Author Agreement</w:t>
      </w:r>
    </w:p>
    <w:p w14:paraId="5E24DF80" w14:textId="46D3D852" w:rsidR="00D448F3" w:rsidRPr="0053353D" w:rsidRDefault="00000000" w:rsidP="00A86993">
      <w:pPr>
        <w:jc w:val="both"/>
        <w:rPr>
          <w:rFonts w:asciiTheme="majorHAnsi" w:hAnsiTheme="majorHAnsi" w:cstheme="majorHAnsi"/>
        </w:rPr>
      </w:pPr>
      <w:r w:rsidRPr="0053353D">
        <w:rPr>
          <w:rFonts w:asciiTheme="majorHAnsi" w:hAnsiTheme="majorHAnsi" w:cstheme="majorHAnsi"/>
        </w:rPr>
        <w:t>By signing below, the corresponding author confirms that they are authorized to act for all authors, that all authors have been informed of and agree to the terms of this agreement, and that the information supplied is complete and accurate.</w:t>
      </w:r>
      <w:r w:rsidR="00D448F3" w:rsidRPr="0053353D">
        <w:rPr>
          <w:rFonts w:asciiTheme="majorHAnsi" w:hAnsiTheme="majorHAnsi" w:cstheme="majorHAnsi"/>
        </w:rPr>
        <w:t xml:space="preserve"> </w:t>
      </w:r>
      <w:r w:rsidRPr="0053353D">
        <w:rPr>
          <w:rFonts w:asciiTheme="majorHAnsi" w:hAnsiTheme="majorHAnsi" w:cstheme="majorHAnsi"/>
        </w:rPr>
        <w:t>This agreement applies to the accepted manuscript identified above and its final published version, subject to JERA's editorial and publication policies.</w:t>
      </w:r>
    </w:p>
    <w:p w14:paraId="26917DA5" w14:textId="0B842D95" w:rsidR="009E151C" w:rsidRPr="0053353D" w:rsidRDefault="00000000">
      <w:pPr>
        <w:spacing w:before="180" w:after="60"/>
        <w:rPr>
          <w:rFonts w:asciiTheme="majorHAnsi" w:hAnsiTheme="majorHAnsi" w:cstheme="majorHAnsi"/>
        </w:rPr>
      </w:pPr>
      <w:r w:rsidRPr="0053353D">
        <w:rPr>
          <w:rFonts w:asciiTheme="majorHAnsi" w:hAnsiTheme="majorHAnsi" w:cstheme="majorHAnsi"/>
          <w:b/>
          <w:color w:val="14375A"/>
          <w:sz w:val="23"/>
        </w:rPr>
        <w:t xml:space="preserve">8. </w:t>
      </w:r>
      <w:r w:rsidR="00D448F3" w:rsidRPr="0053353D">
        <w:rPr>
          <w:rFonts w:asciiTheme="majorHAnsi" w:hAnsiTheme="majorHAnsi" w:cstheme="majorHAnsi"/>
          <w:b/>
          <w:color w:val="14375A"/>
          <w:sz w:val="23"/>
        </w:rPr>
        <w:t xml:space="preserve">Corresponding Author </w:t>
      </w:r>
      <w:r w:rsidRPr="0053353D">
        <w:rPr>
          <w:rFonts w:asciiTheme="majorHAnsi" w:hAnsiTheme="majorHAnsi" w:cstheme="majorHAnsi"/>
          <w:b/>
          <w:color w:val="14375A"/>
          <w:sz w:val="23"/>
        </w:rPr>
        <w:t>Signature</w:t>
      </w:r>
    </w:p>
    <w:tbl>
      <w:tblPr>
        <w:tblStyle w:val="TableGrid"/>
        <w:tblW w:w="0" w:type="auto"/>
        <w:tblLook w:val="04A0" w:firstRow="1" w:lastRow="0" w:firstColumn="1" w:lastColumn="0" w:noHBand="0" w:noVBand="1"/>
      </w:tblPr>
      <w:tblGrid>
        <w:gridCol w:w="5040"/>
        <w:gridCol w:w="5040"/>
      </w:tblGrid>
      <w:tr w:rsidR="009E151C" w:rsidRPr="0053353D" w14:paraId="14C110F0" w14:textId="77777777">
        <w:tc>
          <w:tcPr>
            <w:tcW w:w="5040" w:type="dxa"/>
          </w:tcPr>
          <w:p w14:paraId="368DD871" w14:textId="77777777" w:rsidR="009E151C" w:rsidRPr="0053353D" w:rsidRDefault="00000000" w:rsidP="00EA3FEC">
            <w:pPr>
              <w:spacing w:line="276" w:lineRule="auto"/>
              <w:rPr>
                <w:rFonts w:asciiTheme="majorHAnsi" w:hAnsiTheme="majorHAnsi" w:cstheme="majorHAnsi"/>
              </w:rPr>
            </w:pPr>
            <w:r w:rsidRPr="0053353D">
              <w:rPr>
                <w:rFonts w:asciiTheme="majorHAnsi" w:hAnsiTheme="majorHAnsi" w:cstheme="majorHAnsi"/>
                <w:b/>
              </w:rPr>
              <w:t>Corresponding Author Name</w:t>
            </w:r>
          </w:p>
        </w:tc>
        <w:tc>
          <w:tcPr>
            <w:tcW w:w="5040" w:type="dxa"/>
          </w:tcPr>
          <w:p w14:paraId="7AB5350C" w14:textId="77777777" w:rsidR="009E151C" w:rsidRPr="0053353D" w:rsidRDefault="00000000" w:rsidP="00EA3FEC">
            <w:pPr>
              <w:spacing w:line="276" w:lineRule="auto"/>
              <w:rPr>
                <w:rFonts w:asciiTheme="majorHAnsi" w:hAnsiTheme="majorHAnsi" w:cstheme="majorHAnsi"/>
              </w:rPr>
            </w:pPr>
            <w:r w:rsidRPr="0053353D">
              <w:rPr>
                <w:rFonts w:asciiTheme="majorHAnsi" w:hAnsiTheme="majorHAnsi" w:cstheme="majorHAnsi"/>
              </w:rPr>
              <w:t>[Full name]</w:t>
            </w:r>
          </w:p>
        </w:tc>
      </w:tr>
      <w:tr w:rsidR="009E151C" w:rsidRPr="0053353D" w14:paraId="12A5188A" w14:textId="77777777">
        <w:tc>
          <w:tcPr>
            <w:tcW w:w="5040" w:type="dxa"/>
          </w:tcPr>
          <w:p w14:paraId="4DB3792A" w14:textId="77777777" w:rsidR="009E151C" w:rsidRPr="0053353D" w:rsidRDefault="00000000" w:rsidP="00EA3FEC">
            <w:pPr>
              <w:spacing w:line="276" w:lineRule="auto"/>
              <w:rPr>
                <w:rFonts w:asciiTheme="majorHAnsi" w:hAnsiTheme="majorHAnsi" w:cstheme="majorHAnsi"/>
              </w:rPr>
            </w:pPr>
            <w:r w:rsidRPr="0053353D">
              <w:rPr>
                <w:rFonts w:asciiTheme="majorHAnsi" w:hAnsiTheme="majorHAnsi" w:cstheme="majorHAnsi"/>
                <w:b/>
              </w:rPr>
              <w:t>Signature</w:t>
            </w:r>
          </w:p>
        </w:tc>
        <w:tc>
          <w:tcPr>
            <w:tcW w:w="5040" w:type="dxa"/>
          </w:tcPr>
          <w:p w14:paraId="793C2003" w14:textId="77777777" w:rsidR="009E151C" w:rsidRPr="0053353D" w:rsidRDefault="00000000" w:rsidP="00EA3FEC">
            <w:pPr>
              <w:spacing w:line="276" w:lineRule="auto"/>
              <w:rPr>
                <w:rFonts w:asciiTheme="majorHAnsi" w:hAnsiTheme="majorHAnsi" w:cstheme="majorHAnsi"/>
              </w:rPr>
            </w:pPr>
            <w:r w:rsidRPr="0053353D">
              <w:rPr>
                <w:rFonts w:asciiTheme="majorHAnsi" w:hAnsiTheme="majorHAnsi" w:cstheme="majorHAnsi"/>
              </w:rPr>
              <w:t>________________________________________</w:t>
            </w:r>
          </w:p>
        </w:tc>
      </w:tr>
      <w:tr w:rsidR="009E151C" w:rsidRPr="0053353D" w14:paraId="57A8A849" w14:textId="77777777">
        <w:tc>
          <w:tcPr>
            <w:tcW w:w="5040" w:type="dxa"/>
          </w:tcPr>
          <w:p w14:paraId="2E036FF6" w14:textId="77777777" w:rsidR="009E151C" w:rsidRPr="0053353D" w:rsidRDefault="00000000" w:rsidP="00EA3FEC">
            <w:pPr>
              <w:spacing w:line="276" w:lineRule="auto"/>
              <w:rPr>
                <w:rFonts w:asciiTheme="majorHAnsi" w:hAnsiTheme="majorHAnsi" w:cstheme="majorHAnsi"/>
              </w:rPr>
            </w:pPr>
            <w:r w:rsidRPr="0053353D">
              <w:rPr>
                <w:rFonts w:asciiTheme="majorHAnsi" w:hAnsiTheme="majorHAnsi" w:cstheme="majorHAnsi"/>
                <w:b/>
              </w:rPr>
              <w:t>Institution / Affiliation</w:t>
            </w:r>
          </w:p>
        </w:tc>
        <w:tc>
          <w:tcPr>
            <w:tcW w:w="5040" w:type="dxa"/>
          </w:tcPr>
          <w:p w14:paraId="54EB0842" w14:textId="77777777" w:rsidR="009E151C" w:rsidRPr="0053353D" w:rsidRDefault="00000000" w:rsidP="00EA3FEC">
            <w:pPr>
              <w:spacing w:line="276" w:lineRule="auto"/>
              <w:rPr>
                <w:rFonts w:asciiTheme="majorHAnsi" w:hAnsiTheme="majorHAnsi" w:cstheme="majorHAnsi"/>
              </w:rPr>
            </w:pPr>
            <w:r w:rsidRPr="0053353D">
              <w:rPr>
                <w:rFonts w:asciiTheme="majorHAnsi" w:hAnsiTheme="majorHAnsi" w:cstheme="majorHAnsi"/>
              </w:rPr>
              <w:t>[Department, Institution, City, Country]</w:t>
            </w:r>
          </w:p>
        </w:tc>
      </w:tr>
      <w:tr w:rsidR="009E151C" w:rsidRPr="0053353D" w14:paraId="321D1786" w14:textId="77777777">
        <w:tc>
          <w:tcPr>
            <w:tcW w:w="5040" w:type="dxa"/>
          </w:tcPr>
          <w:p w14:paraId="7C4CF054" w14:textId="77777777" w:rsidR="009E151C" w:rsidRPr="0053353D" w:rsidRDefault="00000000" w:rsidP="00EA3FEC">
            <w:pPr>
              <w:spacing w:line="276" w:lineRule="auto"/>
              <w:rPr>
                <w:rFonts w:asciiTheme="majorHAnsi" w:hAnsiTheme="majorHAnsi" w:cstheme="majorHAnsi"/>
              </w:rPr>
            </w:pPr>
            <w:r w:rsidRPr="0053353D">
              <w:rPr>
                <w:rFonts w:asciiTheme="majorHAnsi" w:hAnsiTheme="majorHAnsi" w:cstheme="majorHAnsi"/>
                <w:b/>
              </w:rPr>
              <w:t>Date</w:t>
            </w:r>
          </w:p>
        </w:tc>
        <w:tc>
          <w:tcPr>
            <w:tcW w:w="5040" w:type="dxa"/>
          </w:tcPr>
          <w:p w14:paraId="2EACB15D" w14:textId="77777777" w:rsidR="009E151C" w:rsidRPr="0053353D" w:rsidRDefault="00000000" w:rsidP="00EA3FEC">
            <w:pPr>
              <w:spacing w:line="276" w:lineRule="auto"/>
              <w:rPr>
                <w:rFonts w:asciiTheme="majorHAnsi" w:hAnsiTheme="majorHAnsi" w:cstheme="majorHAnsi"/>
              </w:rPr>
            </w:pPr>
            <w:r w:rsidRPr="0053353D">
              <w:rPr>
                <w:rFonts w:asciiTheme="majorHAnsi" w:hAnsiTheme="majorHAnsi" w:cstheme="majorHAnsi"/>
              </w:rPr>
              <w:t>[DD Month YYYY]</w:t>
            </w:r>
          </w:p>
        </w:tc>
      </w:tr>
    </w:tbl>
    <w:p w14:paraId="550C6730" w14:textId="377C131C" w:rsidR="009E151C" w:rsidRPr="0053353D" w:rsidRDefault="00000000" w:rsidP="00D448F3">
      <w:pPr>
        <w:spacing w:before="180" w:after="60"/>
        <w:rPr>
          <w:rFonts w:asciiTheme="majorHAnsi" w:hAnsiTheme="majorHAnsi" w:cstheme="majorHAnsi"/>
        </w:rPr>
      </w:pPr>
      <w:r w:rsidRPr="0053353D">
        <w:rPr>
          <w:rFonts w:asciiTheme="majorHAnsi" w:hAnsiTheme="majorHAnsi" w:cstheme="majorHAnsi"/>
          <w:b/>
          <w:color w:val="14375A"/>
          <w:sz w:val="23"/>
        </w:rPr>
        <w:t>9. Additional Author Signatures</w:t>
      </w:r>
    </w:p>
    <w:tbl>
      <w:tblPr>
        <w:tblStyle w:val="TableGrid"/>
        <w:tblW w:w="0" w:type="auto"/>
        <w:tblLook w:val="04A0" w:firstRow="1" w:lastRow="0" w:firstColumn="1" w:lastColumn="0" w:noHBand="0" w:noVBand="1"/>
      </w:tblPr>
      <w:tblGrid>
        <w:gridCol w:w="2520"/>
        <w:gridCol w:w="2520"/>
        <w:gridCol w:w="2520"/>
        <w:gridCol w:w="2520"/>
      </w:tblGrid>
      <w:tr w:rsidR="009E151C" w:rsidRPr="0053353D" w14:paraId="650A839B" w14:textId="77777777">
        <w:tc>
          <w:tcPr>
            <w:tcW w:w="2520" w:type="dxa"/>
          </w:tcPr>
          <w:p w14:paraId="57DF6F28" w14:textId="77777777" w:rsidR="009E151C" w:rsidRPr="0053353D" w:rsidRDefault="00000000" w:rsidP="00EA3FEC">
            <w:pPr>
              <w:spacing w:line="276" w:lineRule="auto"/>
              <w:rPr>
                <w:rFonts w:asciiTheme="majorHAnsi" w:hAnsiTheme="majorHAnsi" w:cstheme="majorHAnsi"/>
              </w:rPr>
            </w:pPr>
            <w:r w:rsidRPr="0053353D">
              <w:rPr>
                <w:rFonts w:asciiTheme="majorHAnsi" w:hAnsiTheme="majorHAnsi" w:cstheme="majorHAnsi"/>
                <w:b/>
              </w:rPr>
              <w:t>Author name</w:t>
            </w:r>
          </w:p>
        </w:tc>
        <w:tc>
          <w:tcPr>
            <w:tcW w:w="2520" w:type="dxa"/>
          </w:tcPr>
          <w:p w14:paraId="31B83FC1" w14:textId="77777777" w:rsidR="009E151C" w:rsidRPr="0053353D" w:rsidRDefault="00000000" w:rsidP="00EA3FEC">
            <w:pPr>
              <w:spacing w:line="276" w:lineRule="auto"/>
              <w:rPr>
                <w:rFonts w:asciiTheme="majorHAnsi" w:hAnsiTheme="majorHAnsi" w:cstheme="majorHAnsi"/>
              </w:rPr>
            </w:pPr>
            <w:r w:rsidRPr="0053353D">
              <w:rPr>
                <w:rFonts w:asciiTheme="majorHAnsi" w:hAnsiTheme="majorHAnsi" w:cstheme="majorHAnsi"/>
                <w:b/>
              </w:rPr>
              <w:t>Signature</w:t>
            </w:r>
          </w:p>
        </w:tc>
        <w:tc>
          <w:tcPr>
            <w:tcW w:w="2520" w:type="dxa"/>
          </w:tcPr>
          <w:p w14:paraId="04728A03" w14:textId="77777777" w:rsidR="009E151C" w:rsidRPr="0053353D" w:rsidRDefault="00000000" w:rsidP="00EA3FEC">
            <w:pPr>
              <w:spacing w:line="276" w:lineRule="auto"/>
              <w:rPr>
                <w:rFonts w:asciiTheme="majorHAnsi" w:hAnsiTheme="majorHAnsi" w:cstheme="majorHAnsi"/>
              </w:rPr>
            </w:pPr>
            <w:r w:rsidRPr="0053353D">
              <w:rPr>
                <w:rFonts w:asciiTheme="majorHAnsi" w:hAnsiTheme="majorHAnsi" w:cstheme="majorHAnsi"/>
                <w:b/>
              </w:rPr>
              <w:t>Affiliation</w:t>
            </w:r>
          </w:p>
        </w:tc>
        <w:tc>
          <w:tcPr>
            <w:tcW w:w="2520" w:type="dxa"/>
          </w:tcPr>
          <w:p w14:paraId="39253FBA" w14:textId="77777777" w:rsidR="009E151C" w:rsidRPr="0053353D" w:rsidRDefault="00000000" w:rsidP="00EA3FEC">
            <w:pPr>
              <w:spacing w:line="276" w:lineRule="auto"/>
              <w:rPr>
                <w:rFonts w:asciiTheme="majorHAnsi" w:hAnsiTheme="majorHAnsi" w:cstheme="majorHAnsi"/>
              </w:rPr>
            </w:pPr>
            <w:r w:rsidRPr="0053353D">
              <w:rPr>
                <w:rFonts w:asciiTheme="majorHAnsi" w:hAnsiTheme="majorHAnsi" w:cstheme="majorHAnsi"/>
                <w:b/>
              </w:rPr>
              <w:t>Date</w:t>
            </w:r>
          </w:p>
        </w:tc>
      </w:tr>
      <w:tr w:rsidR="009E151C" w:rsidRPr="0053353D" w14:paraId="0F315C2F" w14:textId="77777777">
        <w:tc>
          <w:tcPr>
            <w:tcW w:w="2520" w:type="dxa"/>
          </w:tcPr>
          <w:p w14:paraId="5F67C49F" w14:textId="77777777" w:rsidR="009E151C" w:rsidRPr="0053353D" w:rsidRDefault="00000000" w:rsidP="00EA3FEC">
            <w:pPr>
              <w:spacing w:line="276" w:lineRule="auto"/>
              <w:rPr>
                <w:rFonts w:asciiTheme="majorHAnsi" w:hAnsiTheme="majorHAnsi" w:cstheme="majorHAnsi"/>
              </w:rPr>
            </w:pPr>
            <w:r w:rsidRPr="0053353D">
              <w:rPr>
                <w:rFonts w:asciiTheme="majorHAnsi" w:hAnsiTheme="majorHAnsi" w:cstheme="majorHAnsi"/>
              </w:rPr>
              <w:t>[Name]</w:t>
            </w:r>
          </w:p>
        </w:tc>
        <w:tc>
          <w:tcPr>
            <w:tcW w:w="2520" w:type="dxa"/>
          </w:tcPr>
          <w:p w14:paraId="2AEEF682" w14:textId="77777777" w:rsidR="009E151C" w:rsidRPr="0053353D" w:rsidRDefault="00000000" w:rsidP="00EA3FEC">
            <w:pPr>
              <w:spacing w:line="276" w:lineRule="auto"/>
              <w:rPr>
                <w:rFonts w:asciiTheme="majorHAnsi" w:hAnsiTheme="majorHAnsi" w:cstheme="majorHAnsi"/>
              </w:rPr>
            </w:pPr>
            <w:r w:rsidRPr="0053353D">
              <w:rPr>
                <w:rFonts w:asciiTheme="majorHAnsi" w:hAnsiTheme="majorHAnsi" w:cstheme="majorHAnsi"/>
              </w:rPr>
              <w:t>________________</w:t>
            </w:r>
          </w:p>
        </w:tc>
        <w:tc>
          <w:tcPr>
            <w:tcW w:w="2520" w:type="dxa"/>
          </w:tcPr>
          <w:p w14:paraId="2C739E89" w14:textId="77777777" w:rsidR="009E151C" w:rsidRPr="0053353D" w:rsidRDefault="00000000" w:rsidP="00EA3FEC">
            <w:pPr>
              <w:spacing w:line="276" w:lineRule="auto"/>
              <w:rPr>
                <w:rFonts w:asciiTheme="majorHAnsi" w:hAnsiTheme="majorHAnsi" w:cstheme="majorHAnsi"/>
              </w:rPr>
            </w:pPr>
            <w:r w:rsidRPr="0053353D">
              <w:rPr>
                <w:rFonts w:asciiTheme="majorHAnsi" w:hAnsiTheme="majorHAnsi" w:cstheme="majorHAnsi"/>
              </w:rPr>
              <w:t>[Affiliation]</w:t>
            </w:r>
          </w:p>
        </w:tc>
        <w:tc>
          <w:tcPr>
            <w:tcW w:w="2520" w:type="dxa"/>
          </w:tcPr>
          <w:p w14:paraId="6A95C848" w14:textId="77777777" w:rsidR="009E151C" w:rsidRPr="0053353D" w:rsidRDefault="00000000" w:rsidP="00EA3FEC">
            <w:pPr>
              <w:spacing w:line="276" w:lineRule="auto"/>
              <w:rPr>
                <w:rFonts w:asciiTheme="majorHAnsi" w:hAnsiTheme="majorHAnsi" w:cstheme="majorHAnsi"/>
              </w:rPr>
            </w:pPr>
            <w:r w:rsidRPr="0053353D">
              <w:rPr>
                <w:rFonts w:asciiTheme="majorHAnsi" w:hAnsiTheme="majorHAnsi" w:cstheme="majorHAnsi"/>
              </w:rPr>
              <w:t>[Date]</w:t>
            </w:r>
          </w:p>
        </w:tc>
      </w:tr>
      <w:tr w:rsidR="009E151C" w:rsidRPr="0053353D" w14:paraId="0CAF71C4" w14:textId="77777777">
        <w:tc>
          <w:tcPr>
            <w:tcW w:w="2520" w:type="dxa"/>
          </w:tcPr>
          <w:p w14:paraId="73AA2B5F" w14:textId="77777777" w:rsidR="009E151C" w:rsidRPr="0053353D" w:rsidRDefault="00000000" w:rsidP="00EA3FEC">
            <w:pPr>
              <w:spacing w:line="276" w:lineRule="auto"/>
              <w:rPr>
                <w:rFonts w:asciiTheme="majorHAnsi" w:hAnsiTheme="majorHAnsi" w:cstheme="majorHAnsi"/>
              </w:rPr>
            </w:pPr>
            <w:r w:rsidRPr="0053353D">
              <w:rPr>
                <w:rFonts w:asciiTheme="majorHAnsi" w:hAnsiTheme="majorHAnsi" w:cstheme="majorHAnsi"/>
              </w:rPr>
              <w:t>[Name]</w:t>
            </w:r>
          </w:p>
        </w:tc>
        <w:tc>
          <w:tcPr>
            <w:tcW w:w="2520" w:type="dxa"/>
          </w:tcPr>
          <w:p w14:paraId="624ED378" w14:textId="77777777" w:rsidR="009E151C" w:rsidRPr="0053353D" w:rsidRDefault="00000000" w:rsidP="00EA3FEC">
            <w:pPr>
              <w:spacing w:line="276" w:lineRule="auto"/>
              <w:rPr>
                <w:rFonts w:asciiTheme="majorHAnsi" w:hAnsiTheme="majorHAnsi" w:cstheme="majorHAnsi"/>
              </w:rPr>
            </w:pPr>
            <w:r w:rsidRPr="0053353D">
              <w:rPr>
                <w:rFonts w:asciiTheme="majorHAnsi" w:hAnsiTheme="majorHAnsi" w:cstheme="majorHAnsi"/>
              </w:rPr>
              <w:t>________________</w:t>
            </w:r>
          </w:p>
        </w:tc>
        <w:tc>
          <w:tcPr>
            <w:tcW w:w="2520" w:type="dxa"/>
          </w:tcPr>
          <w:p w14:paraId="05139B75" w14:textId="77777777" w:rsidR="009E151C" w:rsidRPr="0053353D" w:rsidRDefault="00000000" w:rsidP="00EA3FEC">
            <w:pPr>
              <w:spacing w:line="276" w:lineRule="auto"/>
              <w:rPr>
                <w:rFonts w:asciiTheme="majorHAnsi" w:hAnsiTheme="majorHAnsi" w:cstheme="majorHAnsi"/>
              </w:rPr>
            </w:pPr>
            <w:r w:rsidRPr="0053353D">
              <w:rPr>
                <w:rFonts w:asciiTheme="majorHAnsi" w:hAnsiTheme="majorHAnsi" w:cstheme="majorHAnsi"/>
              </w:rPr>
              <w:t>[Affiliation]</w:t>
            </w:r>
          </w:p>
        </w:tc>
        <w:tc>
          <w:tcPr>
            <w:tcW w:w="2520" w:type="dxa"/>
          </w:tcPr>
          <w:p w14:paraId="5C3F8A74" w14:textId="77777777" w:rsidR="009E151C" w:rsidRPr="0053353D" w:rsidRDefault="00000000" w:rsidP="00EA3FEC">
            <w:pPr>
              <w:spacing w:line="276" w:lineRule="auto"/>
              <w:rPr>
                <w:rFonts w:asciiTheme="majorHAnsi" w:hAnsiTheme="majorHAnsi" w:cstheme="majorHAnsi"/>
              </w:rPr>
            </w:pPr>
            <w:r w:rsidRPr="0053353D">
              <w:rPr>
                <w:rFonts w:asciiTheme="majorHAnsi" w:hAnsiTheme="majorHAnsi" w:cstheme="majorHAnsi"/>
              </w:rPr>
              <w:t>[Date]</w:t>
            </w:r>
          </w:p>
        </w:tc>
      </w:tr>
      <w:tr w:rsidR="009E151C" w:rsidRPr="0053353D" w14:paraId="29C960AE" w14:textId="77777777">
        <w:tc>
          <w:tcPr>
            <w:tcW w:w="2520" w:type="dxa"/>
          </w:tcPr>
          <w:p w14:paraId="41AC15B7" w14:textId="77777777" w:rsidR="009E151C" w:rsidRPr="0053353D" w:rsidRDefault="00000000" w:rsidP="00EA3FEC">
            <w:pPr>
              <w:spacing w:line="276" w:lineRule="auto"/>
              <w:rPr>
                <w:rFonts w:asciiTheme="majorHAnsi" w:hAnsiTheme="majorHAnsi" w:cstheme="majorHAnsi"/>
              </w:rPr>
            </w:pPr>
            <w:r w:rsidRPr="0053353D">
              <w:rPr>
                <w:rFonts w:asciiTheme="majorHAnsi" w:hAnsiTheme="majorHAnsi" w:cstheme="majorHAnsi"/>
              </w:rPr>
              <w:t>[Name]</w:t>
            </w:r>
          </w:p>
        </w:tc>
        <w:tc>
          <w:tcPr>
            <w:tcW w:w="2520" w:type="dxa"/>
          </w:tcPr>
          <w:p w14:paraId="01C9D916" w14:textId="77777777" w:rsidR="009E151C" w:rsidRPr="0053353D" w:rsidRDefault="00000000" w:rsidP="00EA3FEC">
            <w:pPr>
              <w:spacing w:line="276" w:lineRule="auto"/>
              <w:rPr>
                <w:rFonts w:asciiTheme="majorHAnsi" w:hAnsiTheme="majorHAnsi" w:cstheme="majorHAnsi"/>
              </w:rPr>
            </w:pPr>
            <w:r w:rsidRPr="0053353D">
              <w:rPr>
                <w:rFonts w:asciiTheme="majorHAnsi" w:hAnsiTheme="majorHAnsi" w:cstheme="majorHAnsi"/>
              </w:rPr>
              <w:t>________________</w:t>
            </w:r>
          </w:p>
        </w:tc>
        <w:tc>
          <w:tcPr>
            <w:tcW w:w="2520" w:type="dxa"/>
          </w:tcPr>
          <w:p w14:paraId="3799DF09" w14:textId="77777777" w:rsidR="009E151C" w:rsidRPr="0053353D" w:rsidRDefault="00000000" w:rsidP="00EA3FEC">
            <w:pPr>
              <w:spacing w:line="276" w:lineRule="auto"/>
              <w:rPr>
                <w:rFonts w:asciiTheme="majorHAnsi" w:hAnsiTheme="majorHAnsi" w:cstheme="majorHAnsi"/>
              </w:rPr>
            </w:pPr>
            <w:r w:rsidRPr="0053353D">
              <w:rPr>
                <w:rFonts w:asciiTheme="majorHAnsi" w:hAnsiTheme="majorHAnsi" w:cstheme="majorHAnsi"/>
              </w:rPr>
              <w:t>[Affiliation]</w:t>
            </w:r>
          </w:p>
        </w:tc>
        <w:tc>
          <w:tcPr>
            <w:tcW w:w="2520" w:type="dxa"/>
          </w:tcPr>
          <w:p w14:paraId="250E1F09" w14:textId="77777777" w:rsidR="009E151C" w:rsidRPr="0053353D" w:rsidRDefault="00000000" w:rsidP="00EA3FEC">
            <w:pPr>
              <w:spacing w:line="276" w:lineRule="auto"/>
              <w:rPr>
                <w:rFonts w:asciiTheme="majorHAnsi" w:hAnsiTheme="majorHAnsi" w:cstheme="majorHAnsi"/>
              </w:rPr>
            </w:pPr>
            <w:r w:rsidRPr="0053353D">
              <w:rPr>
                <w:rFonts w:asciiTheme="majorHAnsi" w:hAnsiTheme="majorHAnsi" w:cstheme="majorHAnsi"/>
              </w:rPr>
              <w:t>[Date]</w:t>
            </w:r>
          </w:p>
        </w:tc>
      </w:tr>
      <w:tr w:rsidR="009E151C" w:rsidRPr="0053353D" w14:paraId="00641DB0" w14:textId="77777777">
        <w:tc>
          <w:tcPr>
            <w:tcW w:w="2520" w:type="dxa"/>
          </w:tcPr>
          <w:p w14:paraId="2D8EC6D5" w14:textId="77777777" w:rsidR="009E151C" w:rsidRPr="0053353D" w:rsidRDefault="00000000" w:rsidP="00EA3FEC">
            <w:pPr>
              <w:spacing w:line="276" w:lineRule="auto"/>
              <w:rPr>
                <w:rFonts w:asciiTheme="majorHAnsi" w:hAnsiTheme="majorHAnsi" w:cstheme="majorHAnsi"/>
              </w:rPr>
            </w:pPr>
            <w:r w:rsidRPr="0053353D">
              <w:rPr>
                <w:rFonts w:asciiTheme="majorHAnsi" w:hAnsiTheme="majorHAnsi" w:cstheme="majorHAnsi"/>
              </w:rPr>
              <w:t>[Name]</w:t>
            </w:r>
          </w:p>
        </w:tc>
        <w:tc>
          <w:tcPr>
            <w:tcW w:w="2520" w:type="dxa"/>
          </w:tcPr>
          <w:p w14:paraId="596EA821" w14:textId="77777777" w:rsidR="009E151C" w:rsidRPr="0053353D" w:rsidRDefault="00000000" w:rsidP="00EA3FEC">
            <w:pPr>
              <w:spacing w:line="276" w:lineRule="auto"/>
              <w:rPr>
                <w:rFonts w:asciiTheme="majorHAnsi" w:hAnsiTheme="majorHAnsi" w:cstheme="majorHAnsi"/>
              </w:rPr>
            </w:pPr>
            <w:r w:rsidRPr="0053353D">
              <w:rPr>
                <w:rFonts w:asciiTheme="majorHAnsi" w:hAnsiTheme="majorHAnsi" w:cstheme="majorHAnsi"/>
              </w:rPr>
              <w:t>________________</w:t>
            </w:r>
          </w:p>
        </w:tc>
        <w:tc>
          <w:tcPr>
            <w:tcW w:w="2520" w:type="dxa"/>
          </w:tcPr>
          <w:p w14:paraId="0534D029" w14:textId="77777777" w:rsidR="009E151C" w:rsidRPr="0053353D" w:rsidRDefault="00000000" w:rsidP="00EA3FEC">
            <w:pPr>
              <w:spacing w:line="276" w:lineRule="auto"/>
              <w:rPr>
                <w:rFonts w:asciiTheme="majorHAnsi" w:hAnsiTheme="majorHAnsi" w:cstheme="majorHAnsi"/>
              </w:rPr>
            </w:pPr>
            <w:r w:rsidRPr="0053353D">
              <w:rPr>
                <w:rFonts w:asciiTheme="majorHAnsi" w:hAnsiTheme="majorHAnsi" w:cstheme="majorHAnsi"/>
              </w:rPr>
              <w:t>[Affiliation]</w:t>
            </w:r>
          </w:p>
        </w:tc>
        <w:tc>
          <w:tcPr>
            <w:tcW w:w="2520" w:type="dxa"/>
          </w:tcPr>
          <w:p w14:paraId="56226406" w14:textId="77777777" w:rsidR="009E151C" w:rsidRPr="0053353D" w:rsidRDefault="00000000" w:rsidP="00EA3FEC">
            <w:pPr>
              <w:spacing w:line="276" w:lineRule="auto"/>
              <w:rPr>
                <w:rFonts w:asciiTheme="majorHAnsi" w:hAnsiTheme="majorHAnsi" w:cstheme="majorHAnsi"/>
              </w:rPr>
            </w:pPr>
            <w:r w:rsidRPr="0053353D">
              <w:rPr>
                <w:rFonts w:asciiTheme="majorHAnsi" w:hAnsiTheme="majorHAnsi" w:cstheme="majorHAnsi"/>
              </w:rPr>
              <w:t>[Date]</w:t>
            </w:r>
          </w:p>
        </w:tc>
      </w:tr>
    </w:tbl>
    <w:p w14:paraId="1BD3A4CF" w14:textId="77777777" w:rsidR="009E151C" w:rsidRPr="0053353D" w:rsidRDefault="00000000">
      <w:pPr>
        <w:spacing w:before="180" w:after="60"/>
        <w:rPr>
          <w:rFonts w:asciiTheme="majorHAnsi" w:hAnsiTheme="majorHAnsi" w:cstheme="majorHAnsi"/>
        </w:rPr>
      </w:pPr>
      <w:r w:rsidRPr="0053353D">
        <w:rPr>
          <w:rFonts w:asciiTheme="majorHAnsi" w:hAnsiTheme="majorHAnsi" w:cstheme="majorHAnsi"/>
          <w:b/>
          <w:color w:val="14375A"/>
          <w:sz w:val="23"/>
        </w:rPr>
        <w:t>10. Submission to JERA</w:t>
      </w:r>
    </w:p>
    <w:p w14:paraId="195FAA81" w14:textId="545932F5" w:rsidR="00EA3FEC" w:rsidRPr="0053353D" w:rsidRDefault="00000000">
      <w:pPr>
        <w:rPr>
          <w:rFonts w:asciiTheme="majorHAnsi" w:hAnsiTheme="majorHAnsi" w:cstheme="majorHAnsi"/>
        </w:rPr>
      </w:pPr>
      <w:r w:rsidRPr="0053353D">
        <w:rPr>
          <w:rFonts w:asciiTheme="majorHAnsi" w:hAnsiTheme="majorHAnsi" w:cstheme="majorHAnsi"/>
        </w:rPr>
        <w:t>Completed agreement: [Upload the signed agreement through the JERA submission/editorial system or return it to the editorial office using the instructions provided with the acceptance decision.]</w:t>
      </w:r>
    </w:p>
    <w:p w14:paraId="5B177256" w14:textId="6CF43EE5" w:rsidR="00EA3FEC" w:rsidRPr="0053353D" w:rsidRDefault="00EA3FEC" w:rsidP="00EA3FEC">
      <w:pPr>
        <w:pStyle w:val="BodyText"/>
        <w:ind w:right="115"/>
        <w:jc w:val="both"/>
        <w:rPr>
          <w:rFonts w:asciiTheme="majorHAnsi" w:hAnsiTheme="majorHAnsi" w:cstheme="majorHAnsi"/>
        </w:rPr>
      </w:pPr>
      <w:r w:rsidRPr="0053353D">
        <w:rPr>
          <w:rFonts w:asciiTheme="majorHAnsi" w:hAnsiTheme="majorHAnsi" w:cstheme="majorHAnsi"/>
          <w:b/>
          <w:color w:val="14375A"/>
          <w:sz w:val="23"/>
        </w:rPr>
        <w:t>NOTE:</w:t>
      </w:r>
      <w:r w:rsidRPr="0053353D">
        <w:rPr>
          <w:rFonts w:asciiTheme="majorHAnsi" w:hAnsiTheme="majorHAnsi" w:cstheme="majorHAnsi"/>
        </w:rPr>
        <w:t xml:space="preserve"> No paper will be published by JERA on the recommendation of Journal of Engineering Research unless this agreement is signed by the Author on behalf of all authors of the Paper is received. If the Paper is a work made for hire, this assignment should be signed by an authorized representative of the employer.</w:t>
      </w:r>
    </w:p>
    <w:p w14:paraId="1901437D" w14:textId="77777777" w:rsidR="00EA3FEC" w:rsidRPr="0053353D" w:rsidRDefault="00EA3FEC">
      <w:pPr>
        <w:rPr>
          <w:rFonts w:asciiTheme="majorHAnsi" w:hAnsiTheme="majorHAnsi" w:cstheme="majorHAnsi"/>
        </w:rPr>
      </w:pPr>
    </w:p>
    <w:sectPr w:rsidR="00EA3FEC" w:rsidRPr="0053353D" w:rsidSect="00034616">
      <w:headerReference w:type="even" r:id="rId8"/>
      <w:headerReference w:type="default" r:id="rId9"/>
      <w:footerReference w:type="even" r:id="rId10"/>
      <w:footerReference w:type="default" r:id="rId11"/>
      <w:headerReference w:type="first" r:id="rId12"/>
      <w:footerReference w:type="first" r:id="rId13"/>
      <w:pgSz w:w="12240" w:h="15840"/>
      <w:pgMar w:top="936" w:right="1080" w:bottom="936"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9F0E55" w14:textId="77777777" w:rsidR="00B10827" w:rsidRDefault="00B10827">
      <w:pPr>
        <w:spacing w:after="0" w:line="240" w:lineRule="auto"/>
      </w:pPr>
      <w:r>
        <w:separator/>
      </w:r>
    </w:p>
  </w:endnote>
  <w:endnote w:type="continuationSeparator" w:id="0">
    <w:p w14:paraId="10C46B70" w14:textId="77777777" w:rsidR="00B10827" w:rsidRDefault="00B108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9B871E" w14:textId="77777777" w:rsidR="0053353D" w:rsidRDefault="0053353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22BAFC" w14:textId="231DC481" w:rsidR="009E151C" w:rsidRPr="00E379B1" w:rsidRDefault="00000000">
    <w:pPr>
      <w:pStyle w:val="Footer"/>
      <w:jc w:val="center"/>
      <w:rPr>
        <w:rFonts w:asciiTheme="minorHAnsi" w:hAnsiTheme="minorHAnsi" w:cstheme="majorHAnsi"/>
        <w:b/>
        <w:bCs/>
      </w:rPr>
    </w:pPr>
    <w:r w:rsidRPr="00E379B1">
      <w:rPr>
        <w:rFonts w:asciiTheme="minorHAnsi" w:hAnsiTheme="minorHAnsi" w:cstheme="majorHAnsi"/>
        <w:b/>
        <w:bCs/>
        <w:sz w:val="16"/>
      </w:rPr>
      <w:t xml:space="preserve">JERA | CC BY 4.0 </w:t>
    </w:r>
    <w:r w:rsidR="00E67A29" w:rsidRPr="00E379B1">
      <w:rPr>
        <w:rFonts w:asciiTheme="minorHAnsi" w:hAnsiTheme="minorHAnsi" w:cstheme="majorHAnsi"/>
        <w:b/>
        <w:bCs/>
        <w:sz w:val="16"/>
      </w:rPr>
      <w:t xml:space="preserve">Author </w:t>
    </w:r>
    <w:proofErr w:type="spellStart"/>
    <w:r w:rsidR="00E67A29" w:rsidRPr="00E379B1">
      <w:rPr>
        <w:rFonts w:asciiTheme="minorHAnsi" w:hAnsiTheme="minorHAnsi" w:cstheme="majorHAnsi"/>
        <w:b/>
        <w:bCs/>
        <w:sz w:val="16"/>
      </w:rPr>
      <w:t>Licence</w:t>
    </w:r>
    <w:proofErr w:type="spellEnd"/>
    <w:r w:rsidR="00E67A29" w:rsidRPr="00E379B1">
      <w:rPr>
        <w:rFonts w:asciiTheme="minorHAnsi" w:hAnsiTheme="minorHAnsi" w:cstheme="majorHAnsi"/>
        <w:b/>
        <w:bCs/>
        <w:sz w:val="16"/>
      </w:rPr>
      <w:t xml:space="preserve"> Agreement</w:t>
    </w:r>
    <w:r w:rsidRPr="00E379B1">
      <w:rPr>
        <w:rFonts w:asciiTheme="minorHAnsi" w:hAnsiTheme="minorHAnsi" w:cstheme="majorHAnsi"/>
        <w:b/>
        <w:bCs/>
        <w:sz w:val="16"/>
      </w:rPr>
      <w:t xml:space="preserve"> | E-ISSN 2583-3987</w:t>
    </w:r>
    <w:r w:rsidR="0053353D" w:rsidRPr="00E379B1">
      <w:rPr>
        <w:rFonts w:asciiTheme="minorHAnsi" w:hAnsiTheme="minorHAnsi" w:cstheme="majorHAnsi"/>
        <w:b/>
        <w:bCs/>
        <w:sz w:val="17"/>
      </w:rPr>
      <w:t xml:space="preserve">| Page </w:t>
    </w:r>
    <w:r w:rsidR="0053353D" w:rsidRPr="00E379B1">
      <w:rPr>
        <w:rFonts w:asciiTheme="minorHAnsi" w:hAnsiTheme="minorHAnsi" w:cstheme="majorHAnsi"/>
        <w:b/>
        <w:bCs/>
      </w:rPr>
      <w:fldChar w:fldCharType="begin"/>
    </w:r>
    <w:r w:rsidR="0053353D" w:rsidRPr="00E379B1">
      <w:rPr>
        <w:rFonts w:asciiTheme="minorHAnsi" w:hAnsiTheme="minorHAnsi" w:cstheme="majorHAnsi"/>
        <w:b/>
        <w:bCs/>
      </w:rPr>
      <w:instrText>PAGE</w:instrText>
    </w:r>
    <w:r w:rsidR="0053353D" w:rsidRPr="00E379B1">
      <w:rPr>
        <w:rFonts w:asciiTheme="minorHAnsi" w:hAnsiTheme="minorHAnsi" w:cstheme="majorHAnsi"/>
        <w:b/>
        <w:bCs/>
      </w:rPr>
      <w:fldChar w:fldCharType="separate"/>
    </w:r>
    <w:r w:rsidR="0053353D" w:rsidRPr="00E379B1">
      <w:rPr>
        <w:rFonts w:asciiTheme="minorHAnsi" w:hAnsiTheme="minorHAnsi" w:cstheme="majorHAnsi"/>
        <w:b/>
        <w:bCs/>
      </w:rPr>
      <w:t>1</w:t>
    </w:r>
    <w:r w:rsidR="0053353D" w:rsidRPr="00E379B1">
      <w:rPr>
        <w:rFonts w:asciiTheme="minorHAnsi" w:hAnsiTheme="minorHAnsi" w:cstheme="majorHAnsi"/>
        <w:b/>
        <w:bCs/>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402F6" w14:textId="77777777" w:rsidR="0053353D" w:rsidRDefault="005335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873131" w14:textId="77777777" w:rsidR="00B10827" w:rsidRDefault="00B10827">
      <w:pPr>
        <w:spacing w:after="0" w:line="240" w:lineRule="auto"/>
      </w:pPr>
      <w:r>
        <w:separator/>
      </w:r>
    </w:p>
  </w:footnote>
  <w:footnote w:type="continuationSeparator" w:id="0">
    <w:p w14:paraId="509AC52C" w14:textId="77777777" w:rsidR="00B10827" w:rsidRDefault="00B108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079DF6" w14:textId="77777777" w:rsidR="0053353D" w:rsidRDefault="0053353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0507EE" w14:textId="495BB05F" w:rsidR="009E151C" w:rsidRPr="00E379B1" w:rsidRDefault="00A86993">
    <w:pPr>
      <w:pStyle w:val="Header"/>
      <w:pBdr>
        <w:bottom w:val="single" w:sz="12" w:space="1" w:color="auto"/>
      </w:pBdr>
      <w:jc w:val="center"/>
      <w:rPr>
        <w:rFonts w:asciiTheme="minorHAnsi" w:hAnsiTheme="minorHAnsi"/>
        <w:sz w:val="16"/>
      </w:rPr>
    </w:pPr>
    <w:r w:rsidRPr="00E379B1">
      <w:rPr>
        <w:rFonts w:asciiTheme="minorHAnsi" w:hAnsiTheme="minorHAnsi"/>
        <w:b/>
        <w:noProof/>
        <w:color w:val="14375A"/>
        <w:sz w:val="44"/>
      </w:rPr>
      <w:drawing>
        <wp:anchor distT="0" distB="0" distL="114300" distR="114300" simplePos="0" relativeHeight="251658240" behindDoc="0" locked="0" layoutInCell="1" allowOverlap="1" wp14:anchorId="16E6634B" wp14:editId="709C7210">
          <wp:simplePos x="0" y="0"/>
          <wp:positionH relativeFrom="column">
            <wp:posOffset>15240</wp:posOffset>
          </wp:positionH>
          <wp:positionV relativeFrom="paragraph">
            <wp:posOffset>30480</wp:posOffset>
          </wp:positionV>
          <wp:extent cx="720000" cy="624827"/>
          <wp:effectExtent l="0" t="0" r="4445" b="4445"/>
          <wp:wrapThrough wrapText="bothSides">
            <wp:wrapPolygon edited="0">
              <wp:start x="0" y="0"/>
              <wp:lineTo x="0" y="21095"/>
              <wp:lineTo x="21162" y="21095"/>
              <wp:lineTo x="21162" y="0"/>
              <wp:lineTo x="0" y="0"/>
            </wp:wrapPolygon>
          </wp:wrapThrough>
          <wp:docPr id="8509630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0963028" name="Picture 850963028"/>
                  <pic:cNvPicPr/>
                </pic:nvPicPr>
                <pic:blipFill>
                  <a:blip r:embed="rId1"/>
                  <a:stretch>
                    <a:fillRect/>
                  </a:stretch>
                </pic:blipFill>
                <pic:spPr>
                  <a:xfrm>
                    <a:off x="0" y="0"/>
                    <a:ext cx="720000" cy="624827"/>
                  </a:xfrm>
                  <a:prstGeom prst="rect">
                    <a:avLst/>
                  </a:prstGeom>
                </pic:spPr>
              </pic:pic>
            </a:graphicData>
          </a:graphic>
        </wp:anchor>
      </w:drawing>
    </w:r>
    <w:r w:rsidR="00820D81" w:rsidRPr="00E379B1">
      <w:rPr>
        <w:rFonts w:asciiTheme="minorHAnsi" w:hAnsiTheme="minorHAnsi" w:cs="Calibri"/>
        <w:b/>
        <w:color w:val="14375A"/>
        <w:sz w:val="44"/>
      </w:rPr>
      <w:t xml:space="preserve"> JERA</w:t>
    </w:r>
    <w:r w:rsidR="00820D81" w:rsidRPr="00E379B1">
      <w:rPr>
        <w:rFonts w:asciiTheme="minorHAnsi" w:hAnsiTheme="minorHAnsi" w:cs="Calibri"/>
        <w:b/>
        <w:color w:val="14375A"/>
        <w:sz w:val="44"/>
      </w:rPr>
      <w:br/>
    </w:r>
    <w:r w:rsidR="00820D81" w:rsidRPr="00E379B1">
      <w:rPr>
        <w:rFonts w:asciiTheme="minorHAnsi" w:hAnsiTheme="minorHAnsi" w:cs="Calibri"/>
        <w:b/>
        <w:sz w:val="24"/>
        <w:szCs w:val="32"/>
      </w:rPr>
      <w:t>JOURNAL OF ENGINEERING RESEARCH AND APPLICATION</w:t>
    </w:r>
    <w:r w:rsidR="00820D81" w:rsidRPr="00E379B1">
      <w:rPr>
        <w:rFonts w:asciiTheme="minorHAnsi" w:hAnsiTheme="minorHAnsi" w:cs="Calibri"/>
        <w:b/>
        <w:sz w:val="18"/>
      </w:rPr>
      <w:br/>
    </w:r>
    <w:r w:rsidR="00820D81" w:rsidRPr="00E379B1">
      <w:rPr>
        <w:rFonts w:asciiTheme="minorHAnsi" w:hAnsiTheme="minorHAnsi" w:cs="Calibri"/>
        <w:szCs w:val="28"/>
      </w:rPr>
      <w:t>E-ISSN: 2583-3987</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6FC03C" w14:textId="77777777" w:rsidR="0053353D" w:rsidRDefault="0053353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681471825">
    <w:abstractNumId w:val="8"/>
  </w:num>
  <w:num w:numId="2" w16cid:durableId="1853061783">
    <w:abstractNumId w:val="6"/>
  </w:num>
  <w:num w:numId="3" w16cid:durableId="1675450909">
    <w:abstractNumId w:val="5"/>
  </w:num>
  <w:num w:numId="4" w16cid:durableId="2116048154">
    <w:abstractNumId w:val="4"/>
  </w:num>
  <w:num w:numId="5" w16cid:durableId="1386416693">
    <w:abstractNumId w:val="7"/>
  </w:num>
  <w:num w:numId="6" w16cid:durableId="1843424862">
    <w:abstractNumId w:val="3"/>
  </w:num>
  <w:num w:numId="7" w16cid:durableId="1054425555">
    <w:abstractNumId w:val="2"/>
  </w:num>
  <w:num w:numId="8" w16cid:durableId="1534809250">
    <w:abstractNumId w:val="1"/>
  </w:num>
  <w:num w:numId="9" w16cid:durableId="21282324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456C2"/>
    <w:rsid w:val="0006063C"/>
    <w:rsid w:val="00115F54"/>
    <w:rsid w:val="0015074B"/>
    <w:rsid w:val="001776A8"/>
    <w:rsid w:val="0029639D"/>
    <w:rsid w:val="00326F90"/>
    <w:rsid w:val="004A1638"/>
    <w:rsid w:val="0053353D"/>
    <w:rsid w:val="00632F60"/>
    <w:rsid w:val="006F07E5"/>
    <w:rsid w:val="00820D81"/>
    <w:rsid w:val="009E151C"/>
    <w:rsid w:val="00A86993"/>
    <w:rsid w:val="00AA1D8D"/>
    <w:rsid w:val="00B10827"/>
    <w:rsid w:val="00B22792"/>
    <w:rsid w:val="00B47730"/>
    <w:rsid w:val="00CB0664"/>
    <w:rsid w:val="00D448F3"/>
    <w:rsid w:val="00E379B1"/>
    <w:rsid w:val="00E67A29"/>
    <w:rsid w:val="00EA3FEC"/>
    <w:rsid w:val="00F3597A"/>
    <w:rsid w:val="00F47B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BB7072E"/>
  <w14:defaultImageDpi w14:val="300"/>
  <w15:docId w15:val="{7570CD50-95A6-4137-9035-2DF6E80F70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141</TotalTime>
  <Pages>2</Pages>
  <Words>891</Words>
  <Characters>5083</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5963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Abhishek Paswan</cp:lastModifiedBy>
  <cp:revision>9</cp:revision>
  <dcterms:created xsi:type="dcterms:W3CDTF">2013-12-23T23:15:00Z</dcterms:created>
  <dcterms:modified xsi:type="dcterms:W3CDTF">2026-09-15T05:01:00Z</dcterms:modified>
  <cp:category/>
</cp:coreProperties>
</file>